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5Sp/80/2013 z 3. 11. 2014</w:t>
      </w:r>
    </w:p>
    <w:p>
      <w:r>
        <w:t>Uznesenie Krajského súdu Bratislava z 3. novembra 2014, sp. zn. 5Sp/80/2013, ECLI:SK:KSBA:2014:1013201860.1</w:t>
      </w:r>
    </w:p>
    <w:p>
      <w:r>
        <w:t>Súd: Krajský súd Bratislava</w:t>
      </w:r>
    </w:p>
    <w:p>
      <w:r>
        <w:t>Spisová značka: 5Sp/80/2013</w:t>
      </w:r>
    </w:p>
    <w:p>
      <w:r>
        <w:t>ECLI: ECLI:SK:KSBA:2014:1013201860.1</w:t>
      </w:r>
    </w:p>
    <w:p>
      <w:r>
        <w:t>Dátum vydania: 3. 11. 2014</w:t>
      </w:r>
    </w:p>
    <w:p>
      <w:r>
        <w:t>Forma: Uznesenie</w:t>
      </w:r>
    </w:p>
    <w:p>
      <w:pPr>
        <w:pStyle w:val="Heading2"/>
      </w:pPr>
      <w:r>
        <w:t>Text rozhodnutia</w:t>
      </w:r>
    </w:p>
    <w:p>
      <w:r>
        <w:t>Súd: Krajský súd Bratislava Spisová značka: 5Sp/80/2013 Identifikačné číslo súdneho spisu: 1013201860 Dátum vydania rozhodnutia: 04. 11. 2014 Meno a priezvisko sudcu, VSÚ: JUDr. Peter Pospech ECLI: ECLI:SK:KSBA:2014:1013201860.1 Uznesenie Krajský súd v Bratislave v právnej veci navrhovateľky: T.. L. W., J., Q. X, XXX XX U., proti odporcovi: Centrum právnej pomoci, kancelária Trenčín, Hviezdoslavova 3, 911 01 Trenčín, o odvolaní proti rozhodnutiu odporcu sp. zn. 2N 6275/13 zo dňa 11.10.2013, takto r o z h o d o l : Súd konanie z a s t a v u j e . Po právoplatnosti tohto uznesenia bude vec postúpená Centru právnej pomoci, kancelária Trenčín. Žiaden z účastníkov nemá právo na náhradu trov konania. o d ô v o d n e n i e : Dňa 18.10.2013 bolo tunajšiemu súdu doručené odvolanie navrhovateľky proti rozhodnutiu odporcu sp. zn. 2N 6275/13 zo dňa 11.10.2013, ktorým bola navrhovateľka určená na zastupovanie žiadateľa, pána F.D. L., M.. XX.XX.XXXX, v konaní pred súdom vo veci o určenie neplatnosti právneho úkonu, vrátane spísania podania návrhu na súd. Navrhovateľka žiadala, aby odvolací súd rozhodnutie odporcu zrušil, pretože nemôže prijať zastupovanie pána F. L., nakoľko by porušila povinnosti advokáta. Podľa § 250l ods. 1 Občianskeho súdneho poriadku (ďalej len „O.s.p.“) podľa ustanovení tejto hlavy sa postupuje v prípadoch, v ktorých zákon zveruje súdom rozhodovanie o opravných prostriedkoch proti neprávoplatným rozhodnutiam správnych orgánov.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článku V Uznesenia predsedníctva Slovenskej advokátskej komory č. 26/10/2011 zo dňa 10. novembra 2011, ktorým sa upravuje zastupovanie osôb v materiálnej núdzi podľa zákona č. 327/2005 Z. z. (ďalej len „Uznesenie SAK č. 26/10/2011“) v prípade odmietnutia poskytnutia právnych služieb v súlade so zákonom o advokácii je advokát povinný vynaložiť úsilie na zabezpečenie náhradníka. Osobu náhradníka, prípadne skutočnosť, že sa náhradníka advokátovi nepodarilo zabezpečiť, oznámi Centru právnej pomoci. Rozhodnutím odporcu sp. zn. 2N 6275/13 zo dňa 11.10.2013 bol priznaný nárok na poskytovanie právnej pomoci F. L., M.. XX.XX.XXXX, s finančnou účasťou vo výške 40 eur a určená advokátka T.. L. W., na zastupovanie žiadateľa v konaní pred súdom vo veci o určenie neplatnosti právneho úkonu, vrátane spísania podania návrhu na súd. Proti rozhodnutiu odporcu sa odvolala navrhovateľka, ktorá žiadala, aby odvolací súd rozhodnutie odporcu zrušil, pretože nemôže prijať zastupovanie pána F. L., nakoľko by porušila povinnosti advokáta. V zmysle poučenia predmetného rozhodnutia odporcu proti výroku o určení advokáta možno podať odvolanie v lehote 15 dní od jeho doručenia písomne na orgán, ktorý rozhodnutie vydal. Súd kedykoľvek za konania musí prihliadať na to, či sú splnené podmienky konania, t.j. prihliada aj na to, či je vecne príslušný na rozhodovanie vo veci. V predmetnej veci súd nie je vecne príslušný na rozhodnutie vo veci. Navrhovateľka podala odvolanie, o ktorom podľa článku V Uznesenia SAK č. 26/10/2011 má rozhodovať Centrum právnej pomoci. Pokiaľ teda určený advokát nesúhlasí s rozhodnutím, ktorým bol ustanovený na poskytovanie právnej pomoci a zastupovanie, musí podať odvolanie v zmysle poučenia na orgán, ktorý toto rozhodnutie vydal, t.j. Centrum právnej pomoci. Na základe uvedených skutočností Krajský súd v Bratislave nie je vecne príslušný na toto konanie, a preto rozhodol podľa § 104 ods. 1 O.s.p. tak, že vec bude po právoplatnosti tohto uznesenia postúpená orgánu vecne príslušnému na konanie, t.j. Centru právnej pomoci, Kancelária Trenčín. O trovách konania súd rozhodol tak, že žiaden z účastníkov nemá právo na náhradu trov konania (§ 146 ods. 1 písm. c/ O.s.p. v spojení s § 246c ods. 1 O.s.p. v spojení s § 250l ods. 2 O.s.p.), pretože konanie bolo zastavené a súd nezistil splnenie podmienok na náhradu trov konania podľa § 250k ods. 1 O.s.p. Poučenie: Proti tomuto uzneseniu je možné podať odvolanie do 15 dní odo dňa jeho doručenia na Krajskom súde v Bratislave, písomne, dvojmo.</w:t>
      </w:r>
    </w:p>
    <w:p/>
    <w:p>
      <w:r>
        <w:t>Zdroj: KAUZIS.SK – https://www.kauzis.sk/judikatura/r/ECLI:SK:KSBA:2014:1013201860.1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