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10Sd/165/2013 z 13. 3. 2014</w:t>
      </w:r>
    </w:p>
    <w:p>
      <w:r>
        <w:t>Rozsudok Krajského súdu Bratislava z 13. marca 2014, sp. zn. 10Sd/165/2013, ECLI:SK:KSBA:2014:1013201896.1</w:t>
      </w:r>
    </w:p>
    <w:p>
      <w:r>
        <w:t>Súd: Krajský súd Bratislava</w:t>
      </w:r>
    </w:p>
    <w:p>
      <w:r>
        <w:t>Spisová značka: 10Sd/165/2013</w:t>
      </w:r>
    </w:p>
    <w:p>
      <w:r>
        <w:t>ECLI: ECLI:SK:KSBA:2014:1013201896.1</w:t>
      </w:r>
    </w:p>
    <w:p>
      <w:r>
        <w:t>Dátum vydania: 13. 3. 2014</w:t>
      </w:r>
    </w:p>
    <w:p>
      <w:r>
        <w:t>Forma: Rozsudok</w:t>
      </w:r>
    </w:p>
    <w:p>
      <w:r>
        <w:t>Oblasť práva: Správne právo</w:t>
      </w:r>
    </w:p>
    <w:p>
      <w:pPr>
        <w:pStyle w:val="Heading2"/>
      </w:pPr>
      <w:r>
        <w:t>Text rozhodnutia</w:t>
      </w:r>
    </w:p>
    <w:p>
      <w:r>
        <w:t>Súd: Krajský súd Bratislava Spisová značka: 10Sd/165/2013 Identifikačné číslo súdneho spisu: 1013201896 Dátum vydania rozhodnutia: 14. 03. 2014 Meno a priezvisko sudcu, VSÚ: JUDr Janka Richterová ECLI: ECLI:SK:KSBA:2014:1013201896.1 ROZSUDOK V MENE SLOVENSKEJ REPUBLIKY Krajský súd v Bratislave, sudca JUDr. Janka Richterová, v právnej veci navrhovateľky: P. P., nar. X.X.XXXX, bytom L., N.. X. H. Č.. XX, proti odporkyni: Sociálna poisťovňa, ústredie, ul. 29. augusta č. 8-10, Bratislava, o invalidný dôchodok, o preskúmanie zákonnosti rozhodnutia odporkyne zo dňa 5. augusta 2013, sp.zn. XXX XXX XXXX X, r o z h o d o l : Súd rozhodnutie odporkyne zo dňa 5. augusta 2013, sp.zn. XXX XXX XXXX X z r u š u j e podľa § 250j, ods. 2, písm. d/ O.s.p. a vec v r a c i a odporkyni na ďalšie konanie. Navrhovateľke sa náhrad trov konania n e p r i z n á v a. o d ô v o d n e n i e : Odporkyňa vyššie uvedeným rozhodnutím podľa § 70 ods. 1 § 82 a § 293 ce Zák. č. 461/2003 Z.z. o sociálnom poistení v platnom znení (ďalej len ZSP) priznala navrhovateľke invalidný dôchodok od 3. júna 2013 vo výške 178,30 EUR mesačne, keď pokles schopnosti vykonávať zárobkovú činnosť predstavuje u navrhovateľky 65% v porovnaní so zdravou fyzickou osobou. Proti uvedenému rozhodnutiu podala navrhovateľka včas opravný prostriedok. Domáhala sa jeho zrušenie a vrátenia veci odporkyni na ďalšie konanie, keď nesúhlasila s ustálenou mierou poklesu schopnosti vykonávať zárobkovú činnosť (ďalej len MPSVZČ). Zastávala názor, že zdravotný stav jej neumožňuje pravidelný pracovný výkon. Odporkyňa navrhla napadnuté rozhodnutie ako vecne správne potvrdiť. Po opätovnom preskúmaní zdravotného stavu navrhovateľky posudkový lekári zotrvali na MPSVZČ 65%. Krajský súd po zistení, že nie sú splnené zákonné podmienky pre odmietnutie opravného prostriedku navrhovateľky (§ 250p O.s.p.), preskúmal napadnuté rozhodnutie ako i konanie, ktoré jeho vydaniu predchádzalo (§ 250l v spojení s § 244, ods. 2. O.s.p.) a dospel k záveru, že opravný prostriedok bol podaný opodstatnene. Súd doplnil dokazovanie výsluchom navrhovateľky, z ktorého zistil, že navrhovateľka získala len základné vzdelanie a v minulosti pracovala manuálne. Pohybuje sa za pomoci francúzskych bariel, má problém dlhšie zotrvať v akejkoľvek polohe (ležať, sedieť, stáť), kráčať po schodoch. Trpí bolesťami operovaných kolenných kĺbov, inkontinenciou, ťažšie veci neudrží v rukách. Tri krát denne si pichá inzulín. V júli 2012 sa z dôvodu zhubného nádoru prsníka podrobila operácii prsníka a brachyterapii. Z domácich prác nie je schopná vysávať, umývať dlážky, vybrať bielizeň z práčky, umývať hrnce a pod. Podľa § 70 ods. 1 zákona č. 461/2003 Z.z.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(ďalej len ZSP) poistenec je invalidný, ak pre dlhodobo nepriaznivý zdravotný stav má pokles schopnosti vykonávať zárobkovú činnosť o viac ako 40% v porovnaní so zdravou fyzickou osobou. Podľa § 209 ods. 1 veta druhá ZSP rozhodnutie musí byť v súlade so všeobecne záväznými právnymi predpismi, musí vychádzať zo spoľahlivo zisteného skutočného stavu veci a musí obsahovať predpísané náležitosti. Podľa § 209 ods. 4 ZSP v odôvodnení rozhodnutia organizačná zložka Sociálnej poisťovne uvedie, ktoré skutočnosti boli podkladom pre rozhodnutie, akými úvahami bola vedená pri hodnotení dôkazov a pri použití právnych predpisov, na ktorých základe rozhodovala. Navrhovateľke bola preskúmavaným rozhodnutím podľa posudku MUDr. Pavla Baumgartnera zo dňa 11. júna 2013 (tvoriaceho jeho súčasť) ustálená MPSVZČ v rozsahu 65% z percentuálneho rozpätia 50-70% podľa prílohy 4 ZSP kapitoly XIII., položka 2, písm. b/ za zhubný nádor prsníka po odstránení v štádiu II. Za ďalšie zdravotné postihnutia MPSVZČ bola zvýšená v zmysle § 71 ods. 8 ZSP o 10%. Podľa zhodného posudku MUDr. Daniely Kollárikovej zo dňa 22.10.2013 za rozhodujúce zdravotné postihnutie - zhubný nádor prsníka po odstránení v štádiu II prináleží percentuálna miera poklesu 55%, t. j. na dolnej hranici rozpätia, keď invazívny duktálny karcinóm vykazoval nízky stupeň malignity, dobre vydiferencovaný. K ďalším zdravotným ťažkostiam zaujala stanovisko, že najmä interné ochorenia nie sú dostatočne diagnosticky doriešené (vysoký krvný tlak, cukrovka), nie sú dokázané orgánové komplikácie, bolesti chrbtice sú primerané degeneratívnym zmenám, klimaxu a nadváhe navrhovateľky. Podľa ortopéda generalizovaná osteartróza nie je paraklinickými vyšetreniami vyklasifikovaná. Za iné zdravotné postihnutia bolo preto priznané zvýšenie o 10 %. Pokles schopnosti vykonávať zárobkovú činnosť, od ktorého priamo závisí výška invalidného dôchodku, sa posudzuje na základe lekárskych správ s určením diagnostického záveru, stabilizácie ochorenia, jeho ďalšieho vývoja a liečby a komplexných funkčných vyšetrení a ich záverov ( § 71, ods. 6 ZSP). Miera poklesu schopnosti vykonávať zárobkovú činnosť je uvedená v prílohe 4 zákona (§ 71 ods. 5). Miera poklesu schopnosti vykonávať zárobkovú činnosť bola ustálená na 55% podľa kapitoly XII, položky 2, písm. b/ prílohy 4 zákona. Podľa uvedeného zaradenia ide o zhubný nádor prsníka po odstránení v štádiu II, pričom percentuálne rozpätie predstavuje 50 až 70%. Z posudku posudkového lekára MUDr. Pavla Baumgartnera, tvoriaceho súčasť preskúmavaného rozhodnutia, nemožno vyvodiť žiaden dôvod, prečo sa MPSVZČ ustálila na dolnej hranici percentuálneho rozpätia. Ak je miera poklesu schopnosti vykonávať zárobkovú činnosť určená podľa prílohy č. 4 zákona č. 461/2003 Z.z. o sociálnom poistení v znení neskorších predpisov percentuálnym rozpätím, potom posudkový lekár v konaní o dávke, podmienenej dlhodobo nepriaznivým zdravotným stavom, musí v posudku o zdravotnom postihnutí a miere poklesu schopnosti vykonávať zárobkovú činnosť riadne odôvodniť svoj záver o konkrétne vyjadrenej miere poklesu tejto schopnosti. Skutočnosť, že konkrétne percentuálne vyjadrenie nevybočuje zo zákonom predpokladaného percentuálneho rozpätia nie je dostatočným podkladom pre záver o riadnom posúdení zdravotného stavu a jeho následkoch na pokles schopnosti vykonávať zárobkovú činnosť. Keďže uvedený posudok o invalidite neobsahuje odôvodnenie konkrétne vyjadrenej miery poklesu na dolnej hranici percentuálneho rozpätia, teda 55%, súd pre nedostatok dôvodov v tejto podstatnej otázke napadnuté rozhodnutie zrušil a vec vrátil odporkyni na ďalšie konanie v zmysle § 250j, ods. 2, písm. d/ O.s.p. Úlohou odporkyne v ďalšom konaní preto bude opätovne posúdiť zdravotné postihnutie navrhovateľky; v prípade ponechania určeného rozhodujúceho zdravotného postihnutia je potrebné náležite odôvodniť, prečo bola zvolená konkrétna MPSVZČ zo stanoveného percentuálneho rozpätia. Podľa názoru súdu v prípade, že žiadateľ o dávku trpí viacerými zdravotnými postihnutiami s rovnakou alebo porovnateľnou mierou MPSZVČ, je namieste s ohľadom na ďalšiu závažnú diagnózu určiť percentuálnu mieru poklesu na hornej hranici zvoleného rozhodujúceho zdravotného postihnutia. S ohľadom na lekárske správy diabetológa MUDr. Palmajovej zo dňa 4.3.2013 a neurológa MUDr. Kyselovej zo dňa 6.3.2013, konštatujúce u navrhovateľky diabetickú neuropathiu, po prípadnom doplnení lekárskych nálezov nemožno vylúčiť prehodnotenie rozhodujúceho zdravotného postihnutia. V prípade cukrovky s diabetickými ťažkosťami MPSVZČ predstavuje 50 až 75 % ( kapitola IV, položka 1, písm. c/ ). O trovách konania súd rozhodol podľa § 250k ods. 1 v spojení s § 250l ods. 2 O.s.p. tak, že úspešnej navrhovateľke ich náhradu nepriznal, keďže jej žiadne nevznikli. Poučenie: Proti tomuto rozsudku odvolanie nie je prípustné. Proti výroku o trovách konania možno podať odvolanie do 15 dní od doručenia písomného vyhotovenia rozsudku, prostredníctvom procesného súdu na Najvyšší súd Slovenskej republiky v Bratislave, v dvoch písomných vyhotoveniach.</w:t>
      </w:r>
    </w:p>
    <w:p/>
    <w:p>
      <w:r>
        <w:t>Zdroj: KAUZIS.SK – https://www.kauzis.sk/judikatura/r/ECLI:SK:KSBA:2014:1013201896.1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