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2S/251/2013 z 7. 10. 2014</w:t>
      </w:r>
    </w:p>
    <w:p>
      <w:r>
        <w:t>Uznesenie Krajského súdu Bratislava z 7. októbra 2014, sp. zn. 2S/251/2013, ECLI:SK:KSBA:2014:1013201904.1</w:t>
      </w:r>
    </w:p>
    <w:p>
      <w:r>
        <w:t>Súd: Krajský súd Bratislava</w:t>
      </w:r>
    </w:p>
    <w:p>
      <w:r>
        <w:t>Spisová značka: 2S/251/2013</w:t>
      </w:r>
    </w:p>
    <w:p>
      <w:r>
        <w:t>ECLI: ECLI:SK:KSBA:2014:1013201904.1</w:t>
      </w:r>
    </w:p>
    <w:p>
      <w:r>
        <w:t>Dátum vydania: 7. 10. 2014</w:t>
      </w:r>
    </w:p>
    <w:p>
      <w:r>
        <w:t>Forma: Uznesenie</w:t>
      </w:r>
    </w:p>
    <w:p>
      <w:pPr>
        <w:pStyle w:val="Heading2"/>
      </w:pPr>
      <w:r>
        <w:t>Text rozhodnutia</w:t>
      </w:r>
    </w:p>
    <w:p>
      <w:r>
        <w:t>Súd: Krajský súd Bratislava Spisová značka: 2S/251/2013 Identifikačné číslo súdneho spisu: 1013201904 Dátum vydania rozhodnutia: 08. 10. 2014 Meno a priezvisko sudcu, VSÚ: Mgr. Viliam Pohančeník ECLI: ECLI:SK:KSBA:2014:1013201904.1 Uznesenie Krajský súd v Bratislave v právnej veci žalobcu: P.. A. N., A. trieda XX, E., zastúpený: JUDr. Rastislav Cestický, advokát, Štúrova 27, Košice, proti žalovanému: Ministerstvo financií Slovenskej republiky, Štefanovičova 5, Bratislava, o preskúmanie zákonnosti rozhodnutia žalovaného č. MF/020725/2013-23-7 zo dňa 12.08.2013, jednohlasne, takto r o z h o d o l : Krajský súd v Bratislave konanie z a s t a v u j e . Žiaden z účastníkov nemá právo na náhradu trov konania. o d ô v o d n e n i e : Žalobou doručenou Krajskému súdu v Bratislave dňa 25.10.2013 sa žalobca domáhal preskúmania zákonnosti rozhodnutia žalovaného č. MF/020725/2013-23-7 zo dňa 12.08.2013, ktorým žalovaný zamietol odvolanie žalobcu a potvrdil rozhodnutie Finančného riaditeľstva Slovenskej republiky č. 1066/2013-SZ zo dňa 11.06.2013, ktorým mu bol od 01.07.2013 zvýšený výsluhový dôchodok na sumu 777,17 eur mesačne. Podľa § 244 ods. 1 O.s.p. v správnom súdnictve súdy na základe žalôb alebo opravných prostriedkov preskúmavajú zákonnosť rozhodnutí a postupov orgánov verejnej správy. Podľa § 249 ods. 1 O.s.p. konanie sa začína na návrh, ktorý sa nazýva žalobou. Podľa ustanovenia § 250b ods. 1 O.s.p. žaloba sa musí podať do dvoch mesiacov od doručenia rozhodnutia správneho orgánu v poslednom stupni, pokiaľ osobitný zákon neustanovuje inak. Zmeškanie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Žaloba sa musí podať do dvoch mesiacov od doručenia rozhodnutia správneho orgánu v poslednom stupni, pokiaľ osobitný zákon neustanovuje inak. Zmeškanie lehoty nemožno odpustiť (§ 250b ods. 1). Súdna prax ustálila, že lehota na podanie žaloby v zmysle § 250b ods. 1 je lehotou procesnoprávnou (bližšie pozri napr. nález Ústavného súdu Slovenskej republiky sp. zn. IV. ÚS 62/03 z 3. júla 2003). Nedodržanie stanovenej lehoty na podanie žaloby v ustanovení § 250b ods. 1 predstavuje neodstrániteľný nedostatok (podmienku) konania, ktorý má za následok, že súd nemôže vydať rozhodnutie vo veci samej, ale musí konanie zastaviť (§ 250d ods. 3). Z doručenky k rozhodnutiu žalovaného č. MF/020725/2013-23-7 zo dňa 12.08.2013 má súd za preukázané, že žalobcovi bolo predmetné rozhodnutie doručené dňa 23.08.2013. Žalobca síce potvrdil prevzatie písomnosti podpisom nachádzajúcim sa na doručenke na mieste určenom na pečiatku a podpis dodacej pošty a nie na mieste určenom na podpis adresáta písomnosti, avšak v danom prípade je rozhodujúce, že sa podpis žalobcu na predmetnej doručenke nachádza a to bez ohľadu na jeho nesprávne umiestnenie. Súd z administratívneho spisu zistil, že podpis nachádzajúci sa na doručenke k napadnutému rozhodnutiu žalovaného patrí žalobcovi, nakoľko je už na prvý pohľad zhodný s podpisom nachádzajúcim sa na odvolaní žalobcu proti prvostupňovému rozhodnutiu správneho orgánu a tiež na doručenkách k jednotlivým rozhodnutiam tvoriacim súčasť administratívneho spisu. V súvislosti s nesprávnym umiestnením podpisu žalobcu na doručenke súd poukazuje na to, že aj v prípade doručenky k rozhodnutiu žalovaného č. 3704/2012-SZ zo dňa 04.07.2012 žalobca potvrdil prevzatie písomnosti podpisom na mieste určenom na pečiatku a podpis dodacej pošty. Rozhodnutie žalovaného, proti ktorému je odvolanie vylúčené, nadobúda právoplatnosť dňom oznámenia, čo je v predmetnej veci deň 23.08.2013. Z vyššie uvedeného vyplýva, že žalobcovi začala plynúť dvojmesačná zákonná lehota na podanie žaloby, ktorej zmeškanie nemožno odpustiť, dňa 23.08.2013. Dvojmesačná lehota podľa § 250b ods. 1 O.s.p. uplynula dňa 23.10.2014. Žalobca podal žalobu na poštovú prepravu až dňa 24.10.2013, teda po uplynutí zákonom stanovenej lehoty - oneskorene. Vzhľadom na to, že žaloba bola podaná oneskorene,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https://www.kauzis.sk/judikatura/r/ECLI:SK:KSBA:2014:1013201904.1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