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10Sd/173/2013 z 25. 3. 2014</w:t>
      </w:r>
    </w:p>
    <w:p>
      <w:r>
        <w:t>Uznesenie Krajského súdu Bratislava z 25. marca 2014, sp. zn. 10Sd/173/2013, ECLI:SK:KSBA:2014:1013201941.1</w:t>
      </w:r>
    </w:p>
    <w:p>
      <w:r>
        <w:t>Súd: Krajský súd Bratislava</w:t>
      </w:r>
    </w:p>
    <w:p>
      <w:r>
        <w:t>Spisová značka: 10Sd/173/2013</w:t>
      </w:r>
    </w:p>
    <w:p>
      <w:r>
        <w:t>ECLI: ECLI:SK:KSBA:2014:1013201941.1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10Sd/173/2013 Identifikačné číslo súdneho spisu: 1013201941 Dátum vydania rozhodnutia: 26. 03. 2014 Meno a priezvisko sudcu, VSÚ: JUDr Janka Richterová ECLI: ECLI:SK:KSBA:2014:1013201941.1 Uznesenie Krajský súd v Bratislave, v právnej veci navrhovateľa: G. Q., M.. XX.X.XXXX, bytom Q., E.. V.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22. augusta 2013, sp. zn. XXX XXX XXXX X, ktorým bola zamietnutá jeho žiadosť o invalidný dôchodok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https://www.kauzis.sk/judikatura/r/ECLI:SK:KSBA:2014:1013201941.1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