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10Sd/174/2013 z 23. 10. 2014</w:t>
      </w:r>
    </w:p>
    <w:p>
      <w:r>
        <w:t>Uznesenie Krajského súdu Bratislava z 23. októbra 2014, sp. zn. 10Sd/174/2013, ECLI:SK:KSBA:2014:1013201946.4</w:t>
      </w:r>
    </w:p>
    <w:p>
      <w:r>
        <w:t>Súd: Krajský súd Bratislava</w:t>
      </w:r>
    </w:p>
    <w:p>
      <w:r>
        <w:t>Spisová značka: 10Sd/174/2013</w:t>
      </w:r>
    </w:p>
    <w:p>
      <w:r>
        <w:t>ECLI: ECLI:SK:KSBA:2014:1013201946.4</w:t>
      </w:r>
    </w:p>
    <w:p>
      <w:r>
        <w:t>Dátum vydania: 23.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10Sd/174/2013 Identifikačné číslo súdneho spisu: 1013201946 Dátum vydania rozhodnutia: 24. 10. 2014 Meno a priezvisko sudcu, VSÚ: JUDr Janka Richterová ECLI: ECLI:SK:KSBA:2014:1013201946.4 Uznesenie Krajský súd v Bratislave, v právnej veci navrhovateľky: L. A., Z.. X.X.XXXX, B. B., R.. Q. Č.. XX,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30. septembra 2013, Q.. I..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https://www.kauzis.sk/judikatura/r/ECLI:SK:KSBA:2014:1013201946.4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