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12Sp/4/2013 z 25. 3. 2014</w:t>
      </w:r>
    </w:p>
    <w:p>
      <w:r>
        <w:t>Uznesenie Krajského súdu Bratislava z 25. marca 2014, sp. zn. 12Sp/4/2013, ECLI:SK:KSBA:2014:1013201972.2</w:t>
      </w:r>
    </w:p>
    <w:p>
      <w:r>
        <w:t>Súd: Krajský súd Bratislava</w:t>
      </w:r>
    </w:p>
    <w:p>
      <w:r>
        <w:t>Spisová značka: 12Sp/4/2013</w:t>
      </w:r>
    </w:p>
    <w:p>
      <w:r>
        <w:t>ECLI: ECLI:SK:KSBA:2014:1013201972.2</w:t>
      </w:r>
    </w:p>
    <w:p>
      <w:r>
        <w:t>Dátum vydania: 25. 3. 2014</w:t>
      </w:r>
    </w:p>
    <w:p>
      <w:r>
        <w:t>Forma: Uznesenie</w:t>
      </w:r>
    </w:p>
    <w:p>
      <w:pPr>
        <w:pStyle w:val="Heading2"/>
      </w:pPr>
      <w:r>
        <w:t>Text rozhodnutia</w:t>
      </w:r>
    </w:p>
    <w:p>
      <w:r>
        <w:t>Súd: Krajský súd Bratislava Spisová značka: 12Sp/4/2013 Identifikačné číslo súdneho spisu: 1013201972 Dátum vydania rozhodnutia: 26. 03. 2014 Meno a priezvisko sudcu, VSÚ: Mgr. Marián Degma ECLI: ECLI:SK:KSBA:2014:1013201972.2 Uznesenie Krajský súd v Bratislave v právnej veci navrhovateľa: pána C. T., nar. XX.X.XXXX, bytom R. X, XXX XX L., t.č. Ú. I. XX/XXX, XXX XX M., proti odporcovi: Centrum právnej pomoci, Kancelária Hlohovec, IČO: 30 798 841, so sídlom M. R. Štefánika 1, 920 01 Hlohovec, o preskúmanie zákonnosti rozhodnutia odporcu sp. zn. 6795/2013, č.k. KaHC-35099/6795/2013-45133/2013 zo dňa 2.10.2013, takto r o z h o d o l : Krajský súd v Bratislave návrh o d m i e t a . Žiaden z účastníkov konania nemá právo na náhradu trov konania. o d ô v o d n e n i e : Dňa 7.11.2013 bol Krajskému súdu v Bratislave (ďalej len „súd“) prostredníctvom odporcu doručená sťažnosť - opravný prostriedok (návrh) zo dňa 28.10.2013, ktorým navrhovateľ žiadal preskúmať rozhodnutie odporcu týkajúce sa nepriznania nároku na poskytovanie právnej pomoci vo veci dovolacieho konania v právnej veci vedenej na Okresnom súde Košice II pod sp. zn. 18C/112/2010. Nakoľko podaný návrh nespĺňal zákonom predpísané náležitosti v zmysle § 249 ods. 2 zákona č. 99/1963 Občiansky súdny poriadok (ďalej len „O.s.p.), súd v zmysle § 43 ods. 1 O.s.p. (aplikovaného na základe § 250 l ods. 2 a 246c ods. 1 prvá veta O.s.p.) a § 250p O.s.p. uznesením č.k. 12Sp/4/2013-19 zo dňa 28.11.2013 nariadil navrhovateľovi v lehote 10 dní od doručenia predmetného uznesenia odstrániť vady návrhu, t.j. riadne označiť napadnuté rozhodnutie a postup odporcu, vymedziť rozsah napadnutia rozhodnutia a postupu odporcu, uviesť konkrétne dôvody, v čom navrhovateľ vidí nezákonnosť rozhodnutia a na záver uviesť, aký konečný návrh navrhovateľ robí, t.j. uviesť návrh znenia rozsudku, ktorého vydania sa domáha. Predmetné uznesenie bolo navrhovateľovi riadne doručené, ako preukazuje doručenka založená v súdnom spise, dňa 16.12.2013, kedy ho osobne prevzal. Svoj návrh zo dňa 28.10.2013 však v stanovenej lehote nedoplnil. Navrhovateľ tak neurobil ani do dnešného dňa a to ani napriek tomu, že v predmetnom uznesení zo dňa 28.11.2013 (nijako naň nereagoval), bol riadne poučený o možnosti odmietnutia jeho návrhu v zmysle § 250p O.s.p. Riadna a nepochybná individualizácia odvolaním napadnutého rozhodnutia, uvedenie rozsahu a dôvodov napadnutia tohto rozhodnutia a návrh konečného výroku majú podľa § 249 ods. 2 O.s.p. tvoriť obsah žaloby a určovať rozsah preskúmavania zákonnosti rozhodnutia, ktorým je v zmysle § 250h O.s.p. v spojení s § 250l ods. 2 O.s.p. súd viazaný. Pochybnosti ohľadom identifikácie samotného rozhodnutia a nejasné vymedzenie rozsahu preskúmania napadnutého rozhodnutia bráni vecnému vybaveniu návrhu.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Nakoľko navrhovateľ neodstránil vady, ktorých odstránenie súd nariadil, súd v súlade s citovaným ustanovením návrh odmietol. O trovách konania rozhodol súd podľa § 146 ods. 1 písm. c) O.s.p. per analogiam aplikovaného na základe ustanovenia §250l ods. 2 O.s.p. a § 246c O.s.p.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https://www.kauzis.sk/judikatura/r/ECLI:SK:KSBA:2014:1013201972.2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