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9Sp/103/2013 z 6. 4. 2014</w:t>
      </w:r>
    </w:p>
    <w:p>
      <w:r>
        <w:t>Uznesenie Krajského súdu Bratislava z 6. apríla 2014, sp. zn. 9Sp/103/2013, ECLI:SK:KSBA:2014:1013202020.2</w:t>
      </w:r>
    </w:p>
    <w:p>
      <w:r>
        <w:t>Súd: Krajský súd Bratislava</w:t>
      </w:r>
    </w:p>
    <w:p>
      <w:r>
        <w:t>Spisová značka: 9Sp/103/2013</w:t>
      </w:r>
    </w:p>
    <w:p>
      <w:r>
        <w:t>ECLI: ECLI:SK:KSBA:2014:1013202020.2</w:t>
      </w:r>
    </w:p>
    <w:p>
      <w:r>
        <w:t>Dátum vydania: 6.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9Sp/103/2013 Identifikačné číslo súdneho spisu: 1013202020 Dátum vydania rozhodnutia: 07. 04. 2014 Meno a priezvisko sudcu, VSÚ: JUDr Janka Richterová ECLI: ECLI:SK:KSBA:2014:1013202020.2 Uznesenie Krajský súd v Bratislave, v právnej veci navrhovateľa: Česká zmrzlina, s.r.o., Suvorovova 36, 902 01 Pezinok, IČO: 46 020 632, zastúpeného JUDr. Antonom Tichým, advokátom, M. R. Štefánika 20, 902 01 Pezinok, proti odporcovi: Mesto Trnava, Hlavná 1, 917 01 Trnava, IČO: 00 313 114, o nepovolení predaja na trhovom mieste, o preskúmanie zákonnosti rozhodnutia odporcu zo dňa 29. apríla 2013, sp. zn. ODaKS/54-20431/2013/Bk/162, takto r o z h o d o l : Súd konanie zastavuje. Žiaden z účastníkov nemá právo na náhradu trov konania. o d ô v o d n e n i e : Navrhovateľ sa domáhal preskúmania zákonnosti horeuvedeného rozhodnutia odporcu, ktorým sa mu podľa § 3 ods. 1 Zák. č. 178/1998 Z.z. o podmienkach predaja výrobkov a poskytovania služieb na trhových miestach a čl. 4 ods. 3 VZN č. 246 o podmienkach predaja výrobkov a poskytovania služieb na trhových miestach na území mesta Trnava nepovolil ambulantný predaj zmrzliny pred OD Kaufland v Trnave.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a žiaden z účastníkov ich náhradu neuplatňoval.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https://www.kauzis.sk/judikatura/r/ECLI:SK:KSBA:2014:1013202020.2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