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1S/280/2013 z 26. 11. 2014</w:t>
      </w:r>
    </w:p>
    <w:p>
      <w:r>
        <w:t>Uznesenie Krajského súdu Bratislava z 26. novembra 2014, sp. zn. 1S/280/2013, ECLI:SK:KSBA:2014:1013202093.1</w:t>
      </w:r>
    </w:p>
    <w:p>
      <w:r>
        <w:t>Súd: Krajský súd Bratislava</w:t>
      </w:r>
    </w:p>
    <w:p>
      <w:r>
        <w:t>Spisová značka: 1S/280/2013</w:t>
      </w:r>
    </w:p>
    <w:p>
      <w:r>
        <w:t>ECLI: ECLI:SK:KSBA:2014:1013202093.1</w:t>
      </w:r>
    </w:p>
    <w:p>
      <w:r>
        <w:t>Dátum vydania: 26. 11.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1S/280/2013 Identifikačné číslo súdneho spisu: 1013202093 Dátum vydania rozhodnutia: 27. 11. 2014 Meno a priezvisko sudcu, VSÚ: JUDr. Monika Valašíková PhD. ECLI: ECLI:SK:KSBA:2014:1013202093.1 Uznesenie Krajský súd v Bratislave v právnej veci žalobkyne: Z. N., D., XXX XX C., IČO: XXXXXXXXXX, zastúpená: DRAPPANOVÁ &amp; Partners s.r.o., Moravská 7, 831 03 Bratislava, IČO: 31773541, proti žalovanému: Finančné riaditeľstvo Slovenskej republiky, Lazovná 63, 974 01 Banská Bystrica, o preskúmanie zákonnosti rozhodnutia žalovaného č. 1100302/1/427970/2013/5113-r zo dňa 11.09.2013, takto r o z h o d o l : Krajský súd v Bratislave konanie z a s t a v u j e . Žiaden z účastníkov nemá právo na náhradu trov konania. o d ô v o d n e n i e : Žalobou doručenou tunajšiemu súdu dňa 26.11.2013 sa žalobkyňa domáhala, aby súd preskúmal zákonnosť rozhodnutia žalovaného č. 1100302/1/427970/2013/5113-r zo dňa 11.09.2013, ktorým zmenil prvostupňové rozhodnutie Daňového úradu Bratislava č. 9103403/5/2436654/2013 zo dňa 04.06.2013, ktorým bol podľa ust. § 68 ods. 5 zákona č. 563/2009 Z.z. v znení neskorších predpisov žalobkyni ako daňovému subjektu vyrubený rozdiel dane z príjmov fyzickej osoby za zdaňovacie obdobie roku 2009 v sume XXX,XX €, slovom K. eur M. eurocentov tak, že vo výrokovej časti rozhodnutia opravil nesprávne napísané ,,slovom: E. eur a M. eurocentov“ na správne znenie ,,K. eur a M. eurocentov“, pričom ostatné časti prvostupňového rozhodnutia ponechal nezmenené. Pred rozhodnutím vo veci samej žalobkyňa svojím podaním doručeným súdu dňa 13.11.2014 oznámila, že berie svoju žalobu v celom rozsahu späť a žiadal súd, aby o trovách konania rozhodol v zmysle ust. § 146 ods. 1 O.s.p.. Podľa ust. § 250h ods. 2 O.s.p. až do rozhodnutia súdu môže žalobca vziať žalobu späť; ak žalovanému medzitým vznikli trovy konania, rozhodne súd o ich náhrade. Podľa ust. § 250d ods. 3 O.s.p. súd uznesením konanie zastaví aj vtedy, ak žaloba bola vzatá späť (§ 250h ods. 2 O.s.p.). Nakoľko žalobkyňa vzala späť žalobu pred rozhodnutím veci, súd v súlade s ust. § 250d ods. 3 O.s.p. konanie zastavil. O trovách konania súd rozhodol podľa ust. § 146 ods. 1 písm. c) O.s.p. s použitím ust. § 246c O.s.p. tak, že žiaden z účastníkov nemá právo na náhradu trov konania, nakoľko konanie vo veci bolo zastavené. Súdny poplatok za žalobu nebol zaplatený. Toto rozhodnutie prijal senát Krajského súdu v Bratislave v pomere hlasov 3:0(podľa § 3 ods. 9 zákona č. 757/2004 Z.z. o súdoch a o zmene a doplnení niektorých zákonov v znení účinnom ku dňu 1.5.2011). Poučenie: Proti tomuto rozhodnutiu možno podať odvolanie do 15 dní odo dňa jeho doručenia na Krajský súd v Bratislave, písomne, dvojmo. Z podania musí byť zjavné, ktorému súdu je určené, kto ho robí, ktorej veci sa týka a čo sleduje a musí byť podpísané a datované (§ 42 ods. 3 O.s.p). V odvolaní sa má popri všeobecných náležitostiach (§ 42 ods. 3 O.s.p.) uviesť, proti ktorému rozhodnutiu smeruje, v akom rozsahu sa napáda, v čom sa toto rozhodnutie alebo postup súdu považuje za nesprávny a čoho sa odvolateľ domáha (§ 205 ods. 1 O.s.p.). Podľa § 205 ods. 2 O.s.p. odvolanie možno odôvodniť len tým, že: a/ v konaní došlo k vadám uvedeným v § 221 ods. 1 O.s.p.; b/ konanie má inú vadu, ktorá mohla mať za následok nesprávne rozhodnutie vo veci; c/ súd prvého stupňa neúplne zistil skutkový stav veci, pretože nevykonal navrhnuté dôkazy, potrebné na zistenie rozhodujúcich skutočností; d/ súd prvého stupňa dospel na základe vykonaných dôkazov k nesprávnym skutkovým zisteniam; e/ doteraz zistený skutkový stav neobstojí, pretože sú tu ďalšie skutočnosti alebo iné dôkazy, ktoré doteraz neboli uplatnené (§ 205 a/ O.s.p.); f/ rozhodnutie súdu prvého stupňa vychádza z nesprávneho právneho posúdenia veci. Rozsah, v akom sa rozhodnutie napáda a dôvody odvolania môže odvolateľ rozšíriť len do uplynutia lehoty na odvolanie.</w:t>
      </w:r>
    </w:p>
    <w:p/>
    <w:p>
      <w:r>
        <w:t>Zdroj: KAUZIS.SK – https://www.kauzis.sk/judikatura/r/ECLI:SK:KSBA:2014:1013202093.1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