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10Sd/201/2013 z 15. 5. 2014</w:t>
      </w:r>
    </w:p>
    <w:p>
      <w:r>
        <w:t>Rozsudok Krajského súdu Bratislava z 15. mája 2014, sp. zn. 10Sd/201/2013, ECLI:SK:KSBA:2014:1013202117.2</w:t>
      </w:r>
    </w:p>
    <w:p>
      <w:r>
        <w:t>Súd: Krajský súd Bratislava</w:t>
      </w:r>
    </w:p>
    <w:p>
      <w:r>
        <w:t>Spisová značka: 10Sd/201/2013</w:t>
      </w:r>
    </w:p>
    <w:p>
      <w:r>
        <w:t>ECLI: ECLI:SK:KSBA:2014:1013202117.2</w:t>
      </w:r>
    </w:p>
    <w:p>
      <w:r>
        <w:t>Dátum vydania: 15. 5.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10Sd/201/2013 Identifikačné číslo súdneho spisu: 1013202117 Dátum vydania rozhodnutia: 16. 05. 2014 Meno a priezvisko sudcu, VSÚ: JUDr Janka Richterová ECLI: ECLI:SK:KSBA:2014:1013202117.2 ROZSUDOK V MENE SLOVENSKEJ REPUBLIKY Krajský súd v Bratislave, sudca JUDr. Janka Richterová, v právnej veci navrhovateľky: D. J. I. I., K.. X.X.XXXX, O. O., T.. R. Č.. X, proti odporkyni: Sociálna poisťovňa- ústredie, Ul. 29. augusta č. 8-10, Bratislava, o invalidný dôchodok, o preskúmanie zákonnosti rozhodnutia odporkyne zo dňa 22. augusta 2013, sp. zn. XXX XXX XXXX X, takto r o z h o d o l : Súd rozhodnutie odporkyne zo dňa zo dňa 22. augusta 2013, sp. zn. XXX XXX XXXX X, z r u š u j e podľa § 250j, ods. 2, písm. e/ O.s.p. a vec v r a c i a odporkyni na ďalšie konanie. Navrhovateľke sa právo na náhradu trov konania n e p r i z n á v a. o d ô v o d n e n i e : Odporkyňa horeuvedeným rozhodnutím podľa § 70 Zák. č. 461/2003 Z.z. o sociálnom poistení v platnom znení (ďalej len ZSP) zamietla žiadosť navrhovateľky o invalidný dôchodok, keď zistená miera poklesu schopnosti vykonávať zárobkovú činnosť predstavuje 10 % v porovnaní so zdravou fyzickou osobou. Proti uvedenému rozhodnutiu podala navrhovateľka včas opravný prostriedok. Domáhala sa jeho zrušenie a vrátenia veci odporkyni na ďalšie konanie, keď nesúhlasila s posúdením jej zdravotného stavu. Poukázala na skutočnosť, že je vietnamskej národnosti, význam viet v slovenčine má často problém pochopiť. Zjavne nepochopila význam toho, na čo sa jej posudkový lekár pýtal a ani nevedela popísať svoje zdravotné ťažkosti. Odporkyňa navrhla napadnuté rozhodnutie ako vecne správne potvrdiť. Zdôraznila, že obaja posudkoví lekári dospeli k zhodnému záveru o miere poklesu schopnosti vykonávať zárobkovú činnosť len v rozsahu 10% v porovnaní so zdravou fyzickou osobou. Krajský súd po zistení, že nie sú dané zákonné predpoklady pre odmietnutie opravného prostriedku navrhovateľky (§ 250p O.s.p.), preskúmal napadnuté rozhodnutie ako i konanie, ktoré jeho vydaniu predchádzalo (§ 250l v spojení s § 244, ods. 2. O.s.p. ) a dospel k záveru, že opravný prostriedok bol podaný opodstatnene. Podľa § 71, ods. 1 zákona č. 461/2003 Z.z. o sociálnom poistení (ďalej len ZSP) poistenec je invalidný, ak pre dlhodobo nepriaznivý zdravotný stav má pokles schopnosti vykonávať zárobkovú činnosť o viac ako 40% v porovnaní so zdravou fyzickou osobou. Podľa čl. 34 ods. 2 písm. b/ Ústavy Slovenskej republiky občanom patriacim k národnostným menšinám alebo etnickým skupinám sa za podmienok ustanoveným zákonom zaručuje okrem práva na osvojenie si štátneho jazyka aj právo používať ich jazyk v úradnom styku. Podľa čl. 47 ods. 4 Ústavy Slovenskej republiky kto vyhlási, že neovláda jazyk, v ktorom sa vedie konanie podľa odseku 2, má právo na tlmočníka. Navrhovateľka je vietnamskej národnosti a neovláda slovenský jazyk. Z administratívneho spisu odporkyne vyplýva, že v správnom konaní nebol navrhovateľke ustanovený tlmočník z jazyka vietnamského, resp. z iného jazyka, ktorý navrhovateľka ovláda. Odporkyňa mala o neznalosti slovenského jazyka vedomosť. Zo zápisnice o pojednávaní zo dňa 27.11.2013 vyplýva, že bolo vykonané v prítomnosti V.. B. Z., ktorá však „ nevie úplne po vietnamsky a navrhovateľka rozumie po slovensky veľmi málo“. Konanie pred orgánom verejnej správy sa viedlo v jazyku, ktorému navrhovateľka nerozumie. Takýmto postupom odporkyne boli v správnom konaní závažným spôsobom porušené ústavné práva navrhovateľky, vyplývajúce z citovaných článkov 34 ods. 2 a 47 ods. 4 Ústavy Slovenskej republiky, ako aj procesné práva, prislúchajúce účastníkovi konania podľa Zák. č. 461/2003 Z.z. o sociálnom poistení. Uvedenú vadu konania je potrebné považovať za vadu konania, ktorá mohla mať vplyv na zákonnosť preskúmavaného rozhodnutia. Z týchto dôvodov súd preskúmavané rozhodnutie zrušil podľa § 250j ods.2, písm. e/ O.s.p. a vec vrátil odporkyni na ďalšie konanie. Úlohou odporkyne v ďalšom konaní bude ustanoviť navrhovateľke tlmočníka z vietnamského jazyka, za prítomnosti tlmočníka opätovne vykonať posúdenie zdravotného stavu navrhovateľky a následne vydané rozhodnutie doručovať navrhovateľke preložené do vietnamského jazyka. O trovách konania súd rozhodol podľa § 250k ods. 1 v spojení s § 250l ods. 2 O.s.p. tak, že úspešnej navrhovateľke náhradu trov konania nepriznal, keďže ich náhradu neuplatnila. Poučenie: Proti tomuto rozsudku odvolanie nie je prípustné. Proti výroku o trovách konania možno podať odvolanie do 15 dní odo dňa doručenia písomného vyhotovenia rozsudku, prostredníctvom procesného súdu na Najvyšší súd Slovenskej republiky, v dvoch písomných vyhotoveniach.</w:t>
      </w:r>
    </w:p>
    <w:p/>
    <w:p>
      <w:r>
        <w:t>Zdroj: KAUZIS.SK – https://www.kauzis.sk/judikatura/r/ECLI:SK:KSBA:2014:1013202117.2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