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1S/283/2013 z 3. 9. 2014</w:t>
      </w:r>
    </w:p>
    <w:p>
      <w:r>
        <w:t>Uznesenie Krajského súdu Bratislava z 3. septembra 2014, sp. zn. 1S/283/2013, ECLI:SK:KSBA:2014:1013202121.1</w:t>
      </w:r>
    </w:p>
    <w:p>
      <w:r>
        <w:t>Súd: Krajský súd Bratislava</w:t>
      </w:r>
    </w:p>
    <w:p>
      <w:r>
        <w:t>Spisová značka: 1S/283/2013</w:t>
      </w:r>
    </w:p>
    <w:p>
      <w:r>
        <w:t>ECLI: ECLI:SK:KSBA:2014:1013202121.1</w:t>
      </w:r>
    </w:p>
    <w:p>
      <w:r>
        <w:t>Dátum vydania: 3. 9. 2014</w:t>
      </w:r>
    </w:p>
    <w:p>
      <w:r>
        <w:t>Forma: Uznesenie</w:t>
      </w:r>
    </w:p>
    <w:p>
      <w:pPr>
        <w:pStyle w:val="Heading2"/>
      </w:pPr>
      <w:r>
        <w:t>Text rozhodnutia</w:t>
      </w:r>
    </w:p>
    <w:p>
      <w:r>
        <w:t>Súd: Krajský súd Bratislava Spisová značka: 1S/283/2013 Identifikačné číslo súdneho spisu: 1013202121 Dátum vydania rozhodnutia: 04. 09. 2014 Meno a priezvisko sudcu, VSÚ: JUDr. Nora Halmová ECLI: ECLI:SK:KSBA:2014:1013202121.1 Uznesenie Krajský súd v Bratislave v právnej veci žalobcu: VVS PLAST s.r.o., Letná 42, 040 01 Košice, IČO: 31 708 480, zastúpený advokátkou: JUDr. Martina Gombosová, Moldavská cesta 21/A, 040 11 Košice, proti žalovanému: Ministerstvo financií Slovenskej republiky, Štefanovičova 5, 817 82 Bratislava, o preskúmanie zákonnosti rozhodnutia žalovaného č. MF/021446/2013-791 zo dňa 25.09.2013, takto r o z h o d o l : Krajský súd v Bratislave konanie z a s t a v u j e . Žiaden z účastníkov nemá právo na náhradu trov konania. o d ô v o d n e n i e : Žalobou osobne podanou tunajšiemu súdu dňa 29.11.2013 sa žalobca domáhal preskúmania zákonnosti rozhodnutia žalovaného č. MF/021445/2013-791 zo dňa 25.09.2013, ktorým žalovaný potvrdil rozhodnutie Finančného riaditeľstva Slovenskej republiky č. 1100303/1/41904-311666/2013/4897 zo dňa 09.07.2013, ktorým bol zamietnutý návrh na obnovu konania ukončeného právoplatným rozhodnutím Daňového riaditeľstva Slovenskej republiky č. I/223/14083-90062/2010/992517-r zo dňa 23.08.2010. Výzvou zo dňa 09.06.2014 doručenou právnemu zástupcovi žalobcu advokátke JUDr. Martine Gombosovej, so sídlom Moldavská cesta 21/A, Košice dňa 13.06.2014 bol žalobca vyzvaný, aby v lehote 10 dní od doručenia výzvy pod následkom zastavenia konania zaplatil súdny poplatok vo výške 70 €. Podľa § 5 ods. 1 písm. a) zák. č. 71/1992 Zb. o súdnych poplatkoch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je splatný vznikom poplatkovej povinnosti. Podľa § 10 ods. 1 ZoSP, ak nebol zaplatený poplatok splatný podaním návrhu na začatie konania, odvolania alebo dovolania, súd vyzve poplatníka, aby poplatok zaplatil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alebo rozhodnutia bez nariadenia pojednávania nebola dlhšia ako 2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70,- €. Keďže žalobca súdny poplatok za žalobu ani na výzvu súdu nezaplatil, súd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https://www.kauzis.sk/judikatura/r/ECLI:SK:KSBA:2014:1013202121.1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