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6S/286/2013 z 4. 12. 2014</w:t>
      </w:r>
    </w:p>
    <w:p>
      <w:r>
        <w:t>Uznesenie Krajského súdu Bratislava z 4. decembra 2014, sp. zn. 6S/286/2013, ECLI:SK:KSBA:2014:1013202131.1</w:t>
      </w:r>
    </w:p>
    <w:p>
      <w:r>
        <w:t>Súd: Krajský súd Bratislava</w:t>
      </w:r>
    </w:p>
    <w:p>
      <w:r>
        <w:t>Spisová značka: 6S/286/2013</w:t>
      </w:r>
    </w:p>
    <w:p>
      <w:r>
        <w:t>ECLI: ECLI:SK:KSBA:2014:1013202131.1</w:t>
      </w:r>
    </w:p>
    <w:p>
      <w:r>
        <w:t>Dátum vydania: 4.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6S/286/2013 Identifikačné číslo súdneho spisu: 1013202131 Dátum vydania rozhodnutia: 05. 12. 2014 Meno a priezvisko sudcu, VSÚ: JUDr. Soňa Langová ECLI: ECLI:SK:KSBA:2014:1013202131.1 Uznesenie Krajský súd v Bratislave v právnej veci žalobkyne: S. Š., bytom E. X, XXX XX G., zastúpenej advokátskou kanceláriou: DRAPPANOVÁ &amp; Partners s.r.o., Moravská 7, 831 03 Bratislava, proti žalovanému: Finančné riaditeľstvo Slovenskej republiky, Lazovná 63, 974 01 Banská Bystrica, o preskúmanie zákonnosti rozhodnutia žalovaného č. 1100302/1/440258/2013/5113-r zo dňa 16.9.2013, takto r o z h o d o l : Súd konanie z a s t a v u j e . Žiaden z účastníkov nemá právo na náhradu trov konania. o d ô v o d n e n i e : Žalobou doručenou súdu dňa 3.12.2013 sa žalobca domáhal preskúmania zákonnosti rozhodnutia žalovaného č. 1100302/1/440258/2013/5113-r zo dňa 16.9.2013, ktorým tento potvrdil rozhodnutie Daňového úradu Bratislava č. 9103403/5/2436378/2013 zo dňa 13.6.2013. Pred rozhodnutím vo veci samej, žalobkyňa prostredníctvom svojho právneho zástupcu, podaním doručeným tunajšiemu súdu dňa 13.11.2014 oznámila, že berie žalobu v celom rozsahu späť. Podľa ustanovenia § 250h ods. 2 O.s.p. až do rozhodnutia súdu môže žalobca vziať žalobu späť, ak žalovanému medzitým vznikli trovy konania, rozhodne súd o ich náhrade. Podľa ustanovenia § 250d ods. 3 O.s.p. súd uznesením konanie zastaví aj vtedy, ak žaloba bola vzatá späť. O trovách konania súd rozhodol podľa osobitnej úpravy ohľadom náhrady trov konania v konaniach podľa piatej časti O.s.p. v ust. § 250h ods. 2 O.s.p., s prihliadnutím na ust. § 246c O.s.p. tak, že žiadnemu z účastníkov nepriznal náhradu trov konania, pretože pre iný postup nebol dôvod. O vrátení súdneho poplatku súd nerozhodoval, pretože tento nebol žalobcom súčasne s podaním žaloby uhradený.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https://www.kauzis.sk/judikatura/r/ECLI:SK:KSBA:2014:1013202131.1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