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9Sp/113/2013 z 26. 6. 2014</w:t>
      </w:r>
    </w:p>
    <w:p>
      <w:r>
        <w:t>Uznesenie Krajského súdu Bratislava z 26. júna 2014, sp. zn. 9Sp/113/2013, ECLI:SK:KSBA:2014:1013202139.2</w:t>
      </w:r>
    </w:p>
    <w:p>
      <w:r>
        <w:t>Súd: Krajský súd Bratislava</w:t>
      </w:r>
    </w:p>
    <w:p>
      <w:r>
        <w:t>Spisová značka: 9Sp/113/2013</w:t>
      </w:r>
    </w:p>
    <w:p>
      <w:r>
        <w:t>ECLI: ECLI:SK:KSBA:2014:1013202139.2</w:t>
      </w:r>
    </w:p>
    <w:p>
      <w:r>
        <w:t>Dátum vydania: 26.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9Sp/113/2013 Identifikačné číslo súdneho spisu: 1013202139 Dátum vydania rozhodnutia: 27. 06. 2014 Meno a priezvisko sudcu, VSÚ: JUDr Janka Richterová ECLI: ECLI:SK:KSBA:2014:1013202139.2 Uznesenie Krajský súd v Bratislave, v právnej veci navrhovateľky: Q. F., M.. XX.XX.XXXX, Q. Q., E.. U. Č.. X, proti odporcovi: Okresný úrad Bratislava, pozemkový a lesný odbor, so sídlom v Bratislave, Ul. Trenčianska č. 55, za účasti X/ L.. F. F., M.. XX.X.XXXX, Q. Q., E.. G.M. Č.. X, X/ P. B., M.. XX.X.XXXX, Q. Q., E.. P. Č.. XX J. X/ I. F., M.. X.X.XXXX, Q. Q., E.. Q. Č.. X, o vydanie pozemku, o preskúmanie zákonnosti rozhodnutia odporcu zo dňa 12.9.2013, sp. zn. 234/95, takto r o z h o d o l : Súd konanie z a s t a v u j e . Žiaden z účastníkov nemá právo na náhradu trov konania. o d ô v o d n e n i e : Odporca vyššie uvedeným rozhodnutím podľa § 13 ods. 1 zák. č. 229/1991 Zb. právnym nástupcom po L.. I. F., zomrelom dňa XX.X.XXXX, nepriznal vlastnícke právo k pozemkom v pôvodnom kat. úz. R., U.. Č.. XXXX o výmere XXXXm2 a ani právo na náhradu zaň, nakoľko nárok bol uplatnený po XX.XX.XXXX. Navrhovateľka zobrala svoj návrh celkom späť. Podľa § 96, ods. 1 O.s.p. navrhovateľ môže vziať za konania späť návrh na jeho začatie, a to sčasti alebo celkom. Ak je návrh vzatý späť celkom, súd konanie zastaví. Súd berúc do úvahy dispozitívny úkon navrhovateľky,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SR v Bratislave.</w:t>
      </w:r>
    </w:p>
    <w:p/>
    <w:p>
      <w:r>
        <w:t>Zdroj: KAUZIS.SK – https://www.kauzis.sk/judikatura/r/ECLI:SK:KSBA:2014:1013202139.2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