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10Sd/214/2013 z 18. 11. 2014</w:t>
      </w:r>
    </w:p>
    <w:p>
      <w:r>
        <w:t>Rozsudok Krajského súdu Bratislava z 18. novembra 2014, sp. zn. 10Sd/214/2013, ECLI:SK:KSBA:2014:1013202169.2</w:t>
      </w:r>
    </w:p>
    <w:p>
      <w:r>
        <w:t>Súd: Krajský súd Bratislava</w:t>
      </w:r>
    </w:p>
    <w:p>
      <w:r>
        <w:t>Spisová značka: 10Sd/214/2013</w:t>
      </w:r>
    </w:p>
    <w:p>
      <w:r>
        <w:t>ECLI: ECLI:SK:KSBA:2014:1013202169.2</w:t>
      </w:r>
    </w:p>
    <w:p>
      <w:r>
        <w:t>Dátum vydania: 18. 11. 2014</w:t>
      </w:r>
    </w:p>
    <w:p>
      <w:r>
        <w:t>Forma: Rozsudok</w:t>
      </w:r>
    </w:p>
    <w:p>
      <w:pPr>
        <w:pStyle w:val="Heading2"/>
      </w:pPr>
      <w:r>
        <w:t>Text rozhodnutia</w:t>
      </w:r>
    </w:p>
    <w:p>
      <w:r>
        <w:t>Súd: Krajský súd Bratislava Spisová značka: 10Sd/214/2013 Identifikačné číslo súdneho spisu: 1013202169 Dátum vydania rozhodnutia: 19. 11. 2014 Meno a priezvisko sudcu, VSÚ: JUDr Janka Richterová ECLI: ECLI:SK:KSBA:2014:1013202169.2 ROZSUDOK V MENE SLOVENSKEJ REPUBLIKY Krajský súd v Bratislave, sudca JUDr. Janka Richterová, v právnej veci navrhovateľa: V. O., I.. XX.X.XXXX, Z. Z., U.. V.. M. Č.. XX, E. E. E.: F. Q., I.. XX.X.XXXX, Z. Z., U.. V.. M. Č.. XX, proti odporkyni: Sociálna poisťovňa, ústredie, Ul. 29. augusta č. 10, Bratislava, o zvýšenie sirotského dôchodku, o preskúmanie zákonnosti rozhodnutia odporkyne zo dňa 13. septembra 2013, M.. E.. XXX XXX XXXX X, takto r o z h o d o l: r o z h o d o l : Súd rozhodnutie odporkyne zo dňa 13. septembra 2013, M. .E.. XXX XXX XXXX X p o t v r d z u j e . Účastníkom sa právo na náhradu trov konania n e p r i z n á v a. o d ô v o d n e n i e : Odporkyňa hore uvedeným rozhodnutím podľa § 76 a § 77 Zák. č. 461/2003 Z.z. o sociálnom poistení ( ďalej len ZSP ) zamietla žiadosť navrhovateľa o zvýšenie sirotského dôchodku, keď neboli preukázané žiadne nové skutočnosti v súvislosti s posudzovaním nároku na sirotský dôchodok, priznaný od 15. 12.2012 v sume 122,- € mesačne rozhodnutím zo dňa 29. januára 2013. Proti tomuto rozhodnutiu podal navrhovateľ včas opravný prostriedok. Domáhal sa jeho zrušenie a vrátenia veci na ďalšie konanie. Zastával názor, že sirotský dôchodok má poberať vo výške invalidného dôchodku, poberaného zomrelým otcom ku dňu smrti, t.j. vo výške 305,- € mesačne. Odporkyňa navrhla napadnuté rozhodnutie ako vecne správne potvrdiť. Sirotský dôchodok bol správne priznaný vo výške 40 % invalidného dôchodku, ktorý bol nebohému otcovi navrhovateľa V. O. priznaný v roku 2009 pri percentuálnom poklese jeho schopnosti vykonávať zárobkovú činnosť v porovnaní so zdravou fyzickou osobou v rozsahu 75 %.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Podľa § 76 ods. 1 ZSP nárok na sirotský dôchodok má nezaopatrené dieťa, ktorému zomrel rodič alebo osvojiteľ dieťaťa, ak rodič alebo osvojiteľ ku dňu smrti bol poberateľom starobného dôchodku alebo invalidného dôchodku, mal nárok na predčasný starobný dôchodok, alebo ku dňu smrti získal počet rokov dôchodkového poistenia na nárok na invalidný dôchodok, alebo splnil podmienky nároku na starobný dôchodok, alebo zomrel v dôsledku pracovného úrazu alebo choroby z povolania. Podľa § 77 ods.1 ZSP suma sirotského dôchodku je 40 % starobného dôchodku alebo invalidného dôchodku, na ktorý mal alebo by mal nárok rodič alebo osvojiteľ dieťaťa, ktorého smrťou vznikol nezaopatrenému dieťaťu nárok na sirotský dôchodok. Z administratívneho spisu odporkyne vyplýva, že nebohý otec navrhovateľa, zomrelý dňa 15.12.2012, poberal invalidný dôchodok vo výške 305,- € mesačne. Rozhodnutím zo dňa 29. januára 2013, M.. E.. XXX XXX XXXX X-R., bol navrhovateľovi od 15.12.2012 priznaný sirotský dôchodok vo výške 122,- € mesačne, t.j. vo výške 40 % zo sumy invalidného dôchodku v sume 305,- €. Navrhovateľ požiadal o zvýšenie priznaného sirotského dôchodku, pretože sa nesprávne domnieval, že suma sirotského dôchodku sa má rovnať sume invalidného dôchodku, poberaného zomrelým rodičom ku dňu smrti. Uvedený názor navrhovateľa je v priamom rozpore s citovaným ustanovením § 76 ods. 1 ZSP, podľa ktorého odporkyňa správne určila sirotský dôchodok vo výške 122,- € mesačne. Táto dávka bola aj riadne valorizovaná k 1.1.2013 a 1.1.2014. Odporkyňa preto správne zamietla žiadosť navrhovateľa o zvýšenie sirotského dôchodku na sumu rovnajúcu sa sume invalidného dôchodku, poberaného zomrelým rodičom. V prípade dôchodkových dávok prichádza do úvahy zmena ich výšky ( § 112 ZSP ), avšak len za predpokladu, že sa zistia a preukážu také nové skutočnosti, ktoré by mohli mať vzťah k výške invalidného dôchodku nebohého otca navrhovateľa. Ak teda navrhovateľ zistí, že odporkyňa pri rozhodovaní o invalidnom dôchodku nebohého V. O. sumu invalidného dôchodku ustálila nesprávne, môže požiadať navrhovateľ o zvýšenie sirotského dôchodku so zreteľom na toto pochybenie. Významné sú skutočnosti, majúce vzťah k niektorému z ukazovateľov, rozhodujúcich pre výpočet invalidného dôchodku v zmysle § 73 ods. 3 ZSP ( osobný mzdový bod, obdobie dôchodkového poistenia získané ku dňu vzniku nároku na invalidný dôchodok, obdobie od vzniku nároku na tento dôchodok do dovŕšenia dôchodkového veku, aktuálna dôchodková hodnota, zamestnanie v preferovanej pracovnej kategórii a pod. ). Štát v tomto type dôchodkovej dávky nepreberá na seba vyživovaciu povinnosť za oboch rodičov osirelého dieťaťa. Preto ani suma sirotského dôchodku nie je priznávaná vo výške, v ktorej by sa mohli uspokojiť v celom rozsahu náklady na výživu osirelého dieťaťa. U navrhovateľa ako jednostranne osirelého dieťaťa má naďalej vyživovaciu povinnosť jeho matka. Z uvedených dôvodov súd napadnuté rozhodnutie ako vecne správne potvrdil podľa § 250q, ods. 2 O.s.p. O trovách konania súd rozhodol podľa § 250k ods. 1 v spojení s § 250l ods. 2O.s.p.,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https://www.kauzis.sk/judikatura/r/ECLI:SK:KSBA:2014:1013202169.2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