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2S/302/2013 z 11. 3. 2014</w:t>
      </w:r>
    </w:p>
    <w:p>
      <w:r>
        <w:t>Uznesenie Krajského súdu Bratislava z 11. marca 2014, sp. zn. 2S/302/2013, ECLI:SK:KSBA:2014:1013202222.1</w:t>
      </w:r>
    </w:p>
    <w:p>
      <w:r>
        <w:t>Súd: Krajský súd Bratislava</w:t>
      </w:r>
    </w:p>
    <w:p>
      <w:r>
        <w:t>Spisová značka: 2S/302/2013</w:t>
      </w:r>
    </w:p>
    <w:p>
      <w:r>
        <w:t>ECLI: ECLI:SK:KSBA:2014:1013202222.1</w:t>
      </w:r>
    </w:p>
    <w:p>
      <w:r>
        <w:t>Dátum vydania: 11. 3.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2S/302/2013 Identifikačné číslo súdneho spisu: 1013202222 Dátum vydania rozhodnutia: 12. 03. 2014 Meno a priezvisko sudcu, VSÚ: JUDr. Marián Trenčan ECLI: ECLI:SK:KSBA:2014:1013202222.1 Uznesenie Krajský súd v Bratislave v právnej veci žalobcu: R. F., I. X/A, F., proti žalovanému: Sociálna poisťovňa, ústredie, ul. 29. Augusta 8-10, Bratislava, o preskúmanie zákonnosti rozhodnutia žalovaného č. 64542063190 zo dňa 07.10.2013 a z 13.11.2013, jednohlasne, takto r o z h o d o l : Krajský súd v Bratislave konanie z a s t a v u j e. Žiaden z účastníkov nemá právo na náhradu trov konania . o d ô v o d n e n i e : Žalobou doručenou tunajšiemu súdu dňa 18.12.2013 sa žalobca domáhal preskúmania zákonnosti postupu a rozhodnutia žalovaného č. č. 64542063190 zo dňa 07.10.2013 a následne z 13.11.2013 vo veci zrážok z invalidného dôchodku žalobkyne. Podaním doručeným tunajšiemu súdu dňa 19.02.2014 žalobca súdu oznámil, že na základe protestu prokurátora vydal žalovaný dňa 12.02.2014 nové opatrenie, ktorým zrážky upravil a žalobcovi v celom rozsahu vyhovel. Preto vzal žalobu späť a žiadal konanie zastaviť. Podľa § 250h ods. 2 O.s.p. až do rozhodnutia súdu môže žalobca ( navrhovateľ ) vziať žalobu späť, ak žalovanému medzitým vznikli trovy konania, rozhodne súd o ich náhrade. Podľa § 250d ods. 3 O.s.p. súd uznesením konanie zastaví aj vtedy, ak žaloba bola vzatá späť /§ 250h ods.2 O.s.p./. Nakoľko žalobca vzal späť žalobu pred rozhodnutím vo veci, súd v súlade s § 250d ods.3 O.s.p. konanie zastavil. O náhrade trov konania súd rozhodol podľa § 146 ods.1 písm. c/ O.s.p. a § 246c O.s.p. tak, že žiaden z účastníkov nemá právo na náhradu trov konania, nakoľko konanie vo veci bolo zastavené. Poučenie: Proti tomuto uzneseniu možno podať odvolanie do 15 dní odo dňa jeho doručenia, na Krajský súd v Bratislave. V odvolaní sa má popri všeobecných náležitostiach (§ 42 ods. 3 O. s. 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https://www.kauzis.sk/judikatura/r/ECLI:SK:KSBA:2014:1013202222.1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