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10Sd/238/2013 z 12. 5. 2014</w:t>
      </w:r>
    </w:p>
    <w:p>
      <w:r>
        <w:t>Uznesenie Krajského súdu Bratislava z 12. mája 2014, sp. zn. 10Sd/238/2013, ECLI:SK:KSBA:2014:1013202267.1</w:t>
      </w:r>
    </w:p>
    <w:p>
      <w:r>
        <w:t>Súd: Krajský súd Bratislava</w:t>
      </w:r>
    </w:p>
    <w:p>
      <w:r>
        <w:t>Spisová značka: 10Sd/238/2013</w:t>
      </w:r>
    </w:p>
    <w:p>
      <w:r>
        <w:t>ECLI: ECLI:SK:KSBA:2014:1013202267.1</w:t>
      </w:r>
    </w:p>
    <w:p>
      <w:r>
        <w:t>Dátum vydania: 12.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10Sd/238/2013 Identifikačné číslo súdneho spisu: 1013202267 Dátum vydania rozhodnutia: 13. 05. 2014 Meno a priezvisko sudcu, VSÚ: JUDr Janka Richterová ECLI: ECLI:SK:KSBA:2014:1013202267.1 Uznesenie U z n e s e n i e Krajský súd v Bratislave, v právnej veci navrhovateľky: U.. X. S., nar. X.X.XXXX, U. U., I.. U. Č.. XX,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23. septembra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https://www.kauzis.sk/judikatura/r/ECLI:SK:KSBA:2014:1013202267.1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