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8Sd/1/2014 z 29. 7. 2014</w:t>
      </w:r>
    </w:p>
    <w:p>
      <w:r>
        <w:t>Uznesenie Krajského súdu Bratislava z 29. júla 2014, sp. zn. 8Sd/1/2014, ECLI:SK:KSBA:2014:1014200007.1</w:t>
      </w:r>
    </w:p>
    <w:p>
      <w:r>
        <w:t>Súd: Krajský súd Bratislava</w:t>
      </w:r>
    </w:p>
    <w:p>
      <w:r>
        <w:t>Spisová značka: 8Sd/1/2014</w:t>
      </w:r>
    </w:p>
    <w:p>
      <w:r>
        <w:t>ECLI: ECLI:SK:KSBA:2014:1014200007.1</w:t>
      </w:r>
    </w:p>
    <w:p>
      <w:r>
        <w:t>Dátum vydania: 29.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8Sd/1/2014 Identifikačné číslo súdneho spisu: 1014200007 Dátum vydania rozhodnutia: 30. 07. 2014 Meno a priezvisko sudcu, VSÚ: JUDr. Peter Pospech ECLI: ECLI:SK:KSBA:2014:1014200007.1 Uznesenie Krajský súd v Bratislave v právnej veci navrhovateľky: X. Q., W.. X.X.XXXX, F. Š. XX, XXX XX F., proti odporcovi: Sociálna poisťovňa - ústredie, Ul. 29. augusta č. 8, 813 63 Bratislava, o zvýšenie starobného dôchodku, takto r o z h o d o l : Súd konanie z a s t a v u j e . Žiaden z účastníkov nemá právo na náhradu trov konania. o d ô v o d n e n i e : Navrhovateľka svojím návrhom zo dňa 19.11.2013 žiadala preskúmať rozhodnutie odporkyne sp.zn. XXX XXX XXXX X zo dňa 17.10.2013, ktorým jej bola zamietnutá žiadosť o zvýšenie starobného dôchodku. Novým rozhodnutím sp.zn. XXX XXX XXXX X zo dňa 2.4.2014 odporkyňa zrušila rozhodnutie sp.zn. XXX XXX XXXX X zo dňa 17.10.2013. Týmto rozhodnutím plne vyhovela odvolaniu navrhovateľky. Podľa § 250o O.s.p., ak správny orgán, ktorého rozhodnutie súd preskúmava, vydá nové rozhodnutie, ktorým návrhu celkom vyhovie, súd uznesením konanie zastaví. Pretože rozhodnutím sp.zn. XXX XXX XXXX X bolo celkom vyhovené návrhu (odvolaniu) navrhovateľky, súd v zmysle § 250o O.s.p. konanie zastavil. O trovách konania súd rozhodol podľa § 146 ods. 1 písm. c/ O.s.p. /§ 250l ods. 2, § 246c O.s.p./.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https://www.kauzis.sk/judikatura/r/ECLI:SK:KSBA:2014:1014200007.1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