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12Sp/3/2014 z 11. 3. 2014</w:t>
      </w:r>
    </w:p>
    <w:p>
      <w:r>
        <w:t>Uznesenie Krajského súdu Bratislava z 11. marca 2014, sp. zn. 12Sp/3/2014, ECLI:SK:KSBA:2014:1014200013.2</w:t>
      </w:r>
    </w:p>
    <w:p>
      <w:r>
        <w:t>Súd: Krajský súd Bratislava</w:t>
      </w:r>
    </w:p>
    <w:p>
      <w:r>
        <w:t>Spisová značka: 12Sp/3/2014</w:t>
      </w:r>
    </w:p>
    <w:p>
      <w:r>
        <w:t>ECLI: ECLI:SK:KSBA:2014:1014200013.2</w:t>
      </w:r>
    </w:p>
    <w:p>
      <w:r>
        <w:t>Dátum vydania: 11. 3. 2014</w:t>
      </w:r>
    </w:p>
    <w:p>
      <w:r>
        <w:t>Forma: Uznesenie</w:t>
      </w:r>
    </w:p>
    <w:p>
      <w:pPr>
        <w:pStyle w:val="Heading2"/>
      </w:pPr>
      <w:r>
        <w:t>Text rozhodnutia</w:t>
      </w:r>
    </w:p>
    <w:p>
      <w:r>
        <w:t>Súd: Krajský súd Bratislava Spisová značka: 12Sp/3/2014 Identifikačné číslo súdneho spisu: 1014200013 Dátum vydania rozhodnutia: 12. 03. 2014 Meno a priezvisko sudcu, VSÚ: Mgr. Marián Degma ECLI: ECLI:SK:KSBA:2014:1014200013.2 Uznesenie Krajský súd v Bratislave v právnej veci navrhovateľa: S. D. O., štátna príslušnosť A..D..S.., nar. XX.X.XXXX, bytom G..M.. J. XXX, D. Q., T., D. Š. S., zast. S. D., nar. XX.XX.XXXX, bytom C. XX, XXX XX J., proti odporcovi: Prezídium policajného zboru, Úrad hraničnej a cudzineckej polície, Riaditeľstvo hraničnej a cudzineckej polície Bratislava, Oddelenie cudzineckej polície Bratislava, so sídlom Hrobákova 44, 852 42 Bratislava, v konaní o preskúmanie zákonnosti rozhodnutia odporcu o zaistení navrhovateľa č. PPZ-HCP-BA6-163-016/2013-AV-VRS zo dňa 18.11.2013, takto r o z h o d o l : Krajský súd v Bratislave odvolanie navrhovateľa zo dňa 2.12.2014 o d m i e t a . Žiaden z účastníkov konania nemá právo na náhradu trov konania. o d ô v o d n e n i e : Dňa 7.1.2014 bolo Krajskému súdu v Bratislave (ďalej len „súd“) prostredníctvom odporcu doručené odvolanie (opravný prostriedok- odvolanie) zo dňa 2.12.2013, ktorým navrhovateľ žiadal postupom podľa §250l a nasl. preskúmať rozhodnutie odporcu č. PPZ-HCP-BA6-163-016/2013-AV-VRS zo dňa 18.11.2013, ktorým odporca rozhodol o jeho zaistení s dĺžkou doby zaistenia do 18.2.2014. Odporca žiadal predmetné odvolanie ako oneskorene podané v zmysle § 250p zákona č. 99/1963 Zb. Občiansky súdny poriadok (ďalej len „O.s.p.“) odmietnuť. Nakoľko sa navrhovateľ v čase kedy bolo konajúcemu súdu doručené jeho vyššie uvedené odvolanie už nenachádzal na území Slovenskej republiky, súd mu uznesením zo dňa 8.1.2014 ustanovil opatrovníka pre toto súdne konanie a to v osobe S. D., ktorá bola navrhovateľom splnomocnená na podanie predmetného odvolania. V zmysle § 250m ods. 1 O.s.p., konanie sa začína na návrh, ktorým je opravný prostriedok proti rozhodnutiu správneho orgánu. V zmysle § 250m ods. 2 prvá, druhá veta O.s.p., návrh sa podáva na príslušnom súde v lehote tridsiatich dní od doručenia rozhodnutia, pokiaľ osobitný zákon neustanovuje niečo iné. Návrh je podaný včas aj vtedy, ak bol podaný v lehote na orgáne, ktorý vydal rozhodnutie. Osobitným zákonom je v prípade rozhodnutia o zaistení zákon č. 404/2011 Z.z. o pobyte cudzincov a o zmene a doplnení niektorých zákonov (ďalej len „zákon o pobyte cudzincov), ktorý v druhej hlave (§ 88 - § 100) upravuje inštitút zaistenia. V zmysle § 88 ods. 7 prvá veta zákona o pobyte cudzincov zaistený štátny príslušník tretej krajiny môže podať proti rozhodnutiu o zaistení a proti rozhodnutiu o predĺžení lehoty zaistenia opravný prostriedok do 15 dní odo dňa doručenia rozhodnutia, a to orgánu, ktorý ho vydal. V zmysle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Podľa § 24 ods.3 správneho poriadku, ak adresát bezdôvodne odoprel písomnosť prijať, je doručená dňom, keď sa jej prijatie odoprelo, na to musí doručovateľ adresáta upozorniť. Navrhovateľ bol v napadnutom rozhodnutí riadne poučený o tom, že odvolanie voči nemu môže v zmysle citovaného ustanovenia podať v lehote 15 dní priamo u odporcu, t.j. na Oddelení cudzineckej polície Policajného zboru Bratislava. V zmysle ustanovení O.s.p. (§ 250m ods.2 veta prvá ) mohol navrhovateľ opravný prostriedok podať v zákonnej lehote aj priamo na príslušnom súde, ktorým je v zmysle § 14 písm. a) zákona č. 371/2004 Z.z. o sídlach a obvodoch súdov Slovenskej republiky a o zmene O.s.p. Krajský súd v Bratislave. V zmysle uvedeného je zrejmé, že ak aj napriek poučeniu je návrh (opravný prostriedok) podaný na inom orgáne, než ktorý rozhodnutie vydal, alebo na inom ako vecne a miestne príslušnom súde, hoci v zákonom stanovenej lehote, ale orgánu príslušnému na konanie došiel až po uplynutí tejto lehoty, treba opravný prostriedok považovať za podaný oneskorene. Napadnuté rozhodnutie bolo v zmysle § 24 ods. 3 zákona č. 71/1967 Zb. o správnom konaní (ďalej len „správny poriadok“) doručené navrhovateľovi dňa 18.11.2013 (z obsahu administratívneho spisu odporcu vyplýva, že navrhovateľ bol s rozhodnutím odporcu o svojom zaistení riadne oboznámený, t.j. bolo mu prečítané a pretlmočené a bol aj poučený v zmysle § 24 ods. 3 správneho poriadku hovoriacom o doručení písomnosti v prípadoch ich bezdôvodného odopretia prijatia adresátom, toto vyplýva z úradného záznamu založeného v administratívnom spise odporcu zo dňa 19.11.2013, ako aj poslednej strany napadnutého uznesenia) a potom posledným dňom lehoty na podanie odvolania bol deň 3.12.2013. Do tohto dňa muselo byť predmetné odvolanie navrhovateľa doručené odporcovi ako správnemu orgánu, ktorý preskúmavané rozhodnutie vydal, alebo príslušnému súdu - Krajský súd v Bratislave. Po preskúmaní administratívneho spisu má súd za preukázané, že opravný prostriedok podal navrhovateľ dňa 2.12.2013 na Okresný súd Dunajská Streda, t.j. vecne a miestne nepríslušnému orgánu, ktorý ho následne dňa 27.12.2013 zaslal odporcovi ako príslušnému orgánu. Odporcovi bolo navrhovateľovo odvolanie doručené dňa 30.12.2013 a tento ho príslušnému súdu (Krajský súd v Bratislave) následne zaslal dňa 7.1.2014 spolu so svojím administratívnym spisom. Nakoľko návrh (opravný prostriedok) sa podáva v lehote 15-dní od doručenia napadnutého rozhodnutia na správnom orgáne, ktorý rozhodnutie vydal, alebo na príslušnom súde, čo v zákonnej lehote navrhovateľ neučinil, a jeho odvolanie bolo príslušnému správnemu orgánu - odporcovi doručené až po uplynutí zákonom stanovenej lehoty dňa 30.12.2013 (príslušnému súdu až dňa 7.1.2014) , súd odvolanie navrhovateľa zo dňa 2.12.2013 ako oneskorene podané odmietol. O trovách konania rozhodol súd podľa § 146 ods. 1 písm. c) O.s.p. per analogiam aplikovaného na základe ustanovenia § 250sa ods. 1 O.s.p., §250l ods. 2 O.s.p. a § 246c O.s.p. Poučenie: Proti tomuto uzneseniu je prípustné odvolanie v lehote 15 dní odo dňa jeho doručenia na Najvyšší súd Slovenskej republiky prostredníctvom Krajského súdu v Bratislave, a to písomne v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w:t>
      </w:r>
    </w:p>
    <w:p/>
    <w:p>
      <w:r>
        <w:t>Zdroj: KAUZIS.SK – https://www.kauzis.sk/judikatura/r/ECLI:SK:KSBA:2014:1014200013.2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