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1S/3/2014 z 22. 10. 2014</w:t>
      </w:r>
    </w:p>
    <w:p>
      <w:r>
        <w:t>Uznesenie Krajského súdu Bratislava z 22. októbra 2014, sp. zn. 1S/3/2014, ECLI:SK:KSBA:2014:1014200018.2</w:t>
      </w:r>
    </w:p>
    <w:p>
      <w:r>
        <w:t>Súd: Krajský súd Bratislava</w:t>
      </w:r>
    </w:p>
    <w:p>
      <w:r>
        <w:t>Spisová značka: 1S/3/2014</w:t>
      </w:r>
    </w:p>
    <w:p>
      <w:r>
        <w:t>ECLI: ECLI:SK:KSBA:2014:1014200018.2</w:t>
      </w:r>
    </w:p>
    <w:p>
      <w:r>
        <w:t>Dátum vydania: 22.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1S/3/2014 Identifikačné číslo súdneho spisu: 1014200018 Dátum vydania rozhodnutia: 23. 10. 2014 Meno a priezvisko sudcu, VSÚ: JUDr. Monika Valašíková PhD. ECLI: ECLI:SK:KSBA:2014:1014200018.2 Uznesenie Krajský súd v Bratislave v právnej veci žalobkyne: J. M., H. XX, XXX XX T., zastúpená: AK Mgr. Rastislav Munk, PhD., Podpriehradná 3, 821 07 Bratislava, proti žalovanému: Ministerstvo pôdohospodárstva a rozvoja vidieka SR, Dobrovičova 12, 812 66 Bratislava, o preskúmanie zákonnosti fiktívneho rozhodnutia žalovaného, takto r o z h o d o l : Súd konanie z a s t a v u j e . Žiaden z účastníkov nemá právo na náhradu trov konania. o d ô v o d n e n i e : Žalobou doručenou tunajšiemu súdu dňa 8.1.2014 sa žalobkyňa domáhala, aby súd preskúmal zákonnosť fiktívneho rozhodnutia žalovaného, ktorým rozhodol o odvolaní žalobkyne proti prvostupňovému rozhodnutiu Štátnej veterinárnej a potravinovej správy č. 10420/2013 zo dňa 27.9.2013. Týmto prvostupňovým správnym rozhodnutím bola žalobkyni podľa ust. § 18 ods. 2 zákona o slobode informácií odmietnutá žiadosť o sprístupnenie informácií: “- Metodický pokyn č. 7/2013/220AW - akékoľvek dodatky alebo dohody meniace alebo zrušujúce metodický pokyn č. 7/2013/220AW“. Pred rozhodnutím vo veci samej žalobkyňa svojím podaním doručeným súdu dňa 30.7.2014 oznámila, že berie svoju žalobu v celom rozsahu späť a žiadala súd, aby o trovách konania rozhodol v zmysle ust. § 146 ods. 1 písm. c) O.s.p.. Podľa ust. § 250h ods. 2 O.s.p. až do rozhodnutia súdu môže žalobca vziať žalobu späť, ak žalovanému medzitým vznikli trovy konania, rozhodne súd o ich náhrade. Podľa ust. § 250d ods. 3 O.s.p. súd uznesením konanie zastaví aj vtedy, ak žaloba bola vzatá späť (§ 250h ods. 2 O.s.p.). Nakoľko žalobkyňa vzala späť žalobu pred rozhodnutím veci, súd v súlade s ust. § 250d ods. 3 O.s.p. konanie zastavil. O trovách konania súd rozhodol podľa ust. § 146 ods. 1 písm. c) O.s.p. s použitím ust. § 246c O.s.p. tak, že žiaden z účastníkov nemá právo na náhradu trov konania, nakoľko konanie vo veci bolo zastavené. Súdny poplatok za žalobu žalobkyňa nezaplatila. Toto rozhodnutie prijal senát Krajského súdu v Bratislave v pomere hlasov 3:0(podľa § 3 ods. 9 zákona č. 757/2004 Z.z. o súdoch a o zmene a doplnení niektorých zákonov v znení účinnom ku dňu 1.5.2011).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https://www.kauzis.sk/judikatura/r/ECLI:SK:KSBA:2014:1014200018.2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