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5Sd/5/2014 z 29. 9. 2014</w:t>
      </w:r>
    </w:p>
    <w:p>
      <w:r>
        <w:t>Opravné uznesenie Krajského súdu Bratislava z 29. septembra 2014, sp. zn. 5Sd/5/2014, ECLI:SK:KSBA:2014:1014200072.2</w:t>
      </w:r>
    </w:p>
    <w:p>
      <w:r>
        <w:t>Súd: Krajský súd Bratislava</w:t>
      </w:r>
    </w:p>
    <w:p>
      <w:r>
        <w:t>Spisová značka: 5Sd/5/2014</w:t>
      </w:r>
    </w:p>
    <w:p>
      <w:r>
        <w:t>ECLI: ECLI:SK:KSBA:2014:1014200072.2</w:t>
      </w:r>
    </w:p>
    <w:p>
      <w:r>
        <w:t>Dátum vydania: 29. 9. 2014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5Sd/5/2014 Identifikačné číslo súdneho spisu: 1014200072 Dátum vydania rozhodnutia: 30. 09. 2014 Meno a priezvisko sudcu, VSÚ: JUDr. Milota Tóthová ECLI: ECLI:SK:KSBA:2014:1014200072.2 Opravné uznesenie Krajský súd v Bratislave v právnej veci navrhovateľa E. O., T. C. XXXX/XX, T., proti odporkyni Sociálna poisťovňa ústredie Bratislava, Ul. 29.augusta č. 8-10, Bratislava, o zvýšenie invalidného dôchodku, takto r o z h o d o l : Výrok rozsudku Krajského súdu v Bratislave č.k. 5 Sd 5/2014 - 28 zo dňa 9. júla 2014 sa v odseku prvom opravuje tak, že správne má znieť: Súd rozhodnutie odporkyne číslo XXX XXX XXXX X zo dňa 30. septembra 2013 potvrdzuje. Odôvodnenie rozsudku Krajského súdu v Bratislave č.k. 5 Sd 5/2014 - 28 zo dňa 9. júla 2014 sa opravuje tak, že napadnuté rozhodnutie odporkyne uvedené v prvom odseku na prvej strane a druhom odseku na deviatej strane odôvodnenia rozsudku má správne znieť číslo XXX XXX XXXX X zo dňa 30. septembra 2013. o d ô v o d n e n i e : Krajský súd v Bratislave rozsudkom č.k. 5 Sd 5/2014 - 28 zo dňa 9. júla 2014 rozhodol v horeuvedenej veci. Najvyšší súd Slovenskej republiky podaním číslo 10So/126/2014 zo dňa 24.9.2014, došlým tunajšiemu súdu dňa 29.9.2014 vrátil predmetný spis bez rozhodnutia na opravu z dôvodu uvedenia nesprávneho čísla rozhodnutia odporkyne XXX XXX XXXX X, ktoré má byť správne XXX XXX XXXX X. Súd konštatoval, že pri prepise rozsudku sa stala zrejmá nesprávnosť v časti výroku v odseku prvom a v časti odôvodnenia v prvom odseku na prvej strane a druhom odseku na deviatej strane, keď pisárskou chybou došlo uvedeniu nesprávneho čísla rozhodnutia odporkyne a to číslo XXX XXX XXXX X zo dňa 30. septembra 2013 namiesto správneho čísla rozhodnutia odporkyne a to číslo XXX XXX XXXX X zo dňa 30. septembra 2013, a preto súd túto zrejmú nesprávnosť v zmysle ust. § 164 O.s.p. opravil.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https://www.kauzis.sk/judikatura/r/ECLI:SK:KSBA:2014:1014200072.2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