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1S/12/2014 z 5. 2. 2014</w:t>
      </w:r>
    </w:p>
    <w:p>
      <w:r>
        <w:t>Uznesenie Krajského súdu Bratislava z 5. februára 2014, sp. zn. 1S/12/2014, ECLI:SK:KSBA:2014:1014200100.1</w:t>
      </w:r>
    </w:p>
    <w:p>
      <w:r>
        <w:t>Súd: Krajský súd Bratislava</w:t>
      </w:r>
    </w:p>
    <w:p>
      <w:r>
        <w:t>Spisová značka: 1S/12/2014</w:t>
      </w:r>
    </w:p>
    <w:p>
      <w:r>
        <w:t>ECLI: ECLI:SK:KSBA:2014:1014200100.1</w:t>
      </w:r>
    </w:p>
    <w:p>
      <w:r>
        <w:t>Dátum vydania: 5. 2. 2014</w:t>
      </w:r>
    </w:p>
    <w:p>
      <w:r>
        <w:t>Forma: Uznesenie</w:t>
      </w:r>
    </w:p>
    <w:p>
      <w:pPr>
        <w:pStyle w:val="Heading2"/>
      </w:pPr>
      <w:r>
        <w:t>Text rozhodnutia</w:t>
      </w:r>
    </w:p>
    <w:p>
      <w:r>
        <w:t>Súd: Krajský súd Bratislava Spisová značka: 1S/12/2014 Identifikačné číslo súdneho spisu: 1014200100 Dátum vydania rozhodnutia: 06. 02. 2014 Meno a priezvisko sudcu, VSÚ: JUDr. Nora Halmová ECLI: ECLI:SK:KSBA:2014:1014200100.1 Uznesenie Krajský súd v Bratislave v právnej veci navrhovateľky: V. N., bytom G. XX, XXX XX S., proti odporcovi: Sociálna poisťovňa - ústredie, Ulica 29. augusta 10, 813 63 Bratislava, v konaní proti nečinnosti správneho orgánu, takto r o z h o d o l : Krajský súd v Bratislave p o s t u p u j e vec Krajskému súdu v Nitre. o d ô v o d n e n i e : Návrhom doručeným Krajskému súdu v Bratislave dňa 24.1.2014 sa navrhovateľka domáhala, aby súd nariadil odporcovi vystavenie rozhodnutia vo veci priznania dávok nemocenského pre navrhovateľku. Navrhovateľka má za to, že odporca je vo veci nečinný, vôbec nekoná a tak vznikajú neodôvodnené prieťahy. Podľa § 250t ods. 8 O.s.p. na konanie podľa tejto hlavy sa použijú ustanovenia prvej a druhej hlavy tejto časti primerane, ak v tejto hlave nie je ustanovené inak. Podľa § 246 ods. O.s.p., na preskúmavanie rozhodnutí a postupov sú vecné príslušné krajské súdy, ak zákon neustanovuje inak. Podľa § 246a ods. 1 O.s.p. je miestne príslušným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(žalobcu).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Sociálna poisťovňa je dekoncentrovaný orgán štátnej správy s pôsobnosťou pre celé územie Slovenskej republiky a preto miestne príslušným je v tomto prípade krajský súd, v ktorého obvode je všeobecný súd žalobcu. Všeobecným súdom žalobcu je Okresný súd Nové Zámky, ktorý je v obvode Krajského súdu v Nitre, preto je daná miestna príslušnosť tohto krajského súdu. Nakoľko v uvedenej veci bolo zistené, že Krajský súd v Bratislave nie je miestne príslušným na konanie v predmetnej veci, vec bude po právoplatnosti tohto uznesenia postúpená Krajskému súdu v Nitre. Poučenie: Proti tomuto uzneseniu nie je prípustné odvolanie.</w:t>
      </w:r>
    </w:p>
    <w:p/>
    <w:p>
      <w:r>
        <w:t>Zdroj: KAUZIS.SK – https://www.kauzis.sk/judikatura/r/ECLI:SK:KSBA:2014:1014200100.1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