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5S/14/2014 z 1. 10. 2014</w:t>
      </w:r>
    </w:p>
    <w:p>
      <w:r>
        <w:t>Uznesenie Krajského súdu Bratislava z 1. októbra 2014, sp. zn. 5S/14/2014, ECLI:SK:KSBA:2014:1014200109.4</w:t>
      </w:r>
    </w:p>
    <w:p>
      <w:r>
        <w:t>Súd: Krajský súd Bratislava</w:t>
      </w:r>
    </w:p>
    <w:p>
      <w:r>
        <w:t>Spisová značka: 5S/14/2014</w:t>
      </w:r>
    </w:p>
    <w:p>
      <w:r>
        <w:t>ECLI: ECLI:SK:KSBA:2014:1014200109.4</w:t>
      </w:r>
    </w:p>
    <w:p>
      <w:r>
        <w:t>Dátum vydania: 1.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5S/14/2014 Identifikačné číslo súdneho spisu: 1014200109 Dátum vydania rozhodnutia: 02. 10. 2014 Meno a priezvisko sudcu, VSÚ: Mgr. Helena Marcinkechová ECLI: ECLI:SK:KSBA:2014:1014200109.4 Uznesenie Krajský súd v Bratislave v právnej veci žalobcu: H.. Q. B., B. 8, XXX XX O., zastúpený: Mgr. Soňa Grošaftová, advokátka, Makovického 7, 010 01 Žilina, proti žalovanému: Ministerstvo dopravy, výstavby a regionálneho rozvoja Slovenskej republiky, Námestie slobody 6, 810 05 Bratislava, za účasti: Národná diaľničná spoločnosť a.s., Mlynské Nivy 45, 821 09 Bratislava, zastúpený: JUDr. Peter Zdráhal, advokát, Nad plážou 16/A, 974 01 Banská Bystrica, o preskúmanie zákonnosti rozhodnutia žalovaného č.: 23960/2013/B622-SV/z.70989/Pek zo dňa 20.11.2013, takto r o z h o d o l : Súd opravuje v záhlaví rozsudku č.k. 5S/14/2014-112 zo dňa 12.8.2014 označenie žalobcu, keď toto správne znie: H.. Q. B., B. 8, XXX XX O.. o d ô v o d n e n i e : Pri písomnom vyhotovení rozsudku č. k. 5S/14/2014-112 zo dňa 12.8.2014 došlo k chybe v písaní, keď v záhlaví rozsudku bol ako žalobca označený H.. J. B., V. XX, G. Q.. V tomto konaní však žalobcom bol H.. Q. B., B. 8, XXX XX O..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Súd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https://www.kauzis.sk/judikatura/r/ECLI:SK:KSBA:2014:1014200109.4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