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9Sp/13/2014 z 21. 9. 2014</w:t>
      </w:r>
    </w:p>
    <w:p>
      <w:r>
        <w:t>Uznesenie Krajského súdu Bratislava z 21. septembra 2014, sp. zn. 9Sp/13/2014, ECLI:SK:KSBA:2014:1014200197.2</w:t>
      </w:r>
    </w:p>
    <w:p>
      <w:r>
        <w:t>Súd: Krajský súd Bratislava</w:t>
      </w:r>
    </w:p>
    <w:p>
      <w:r>
        <w:t>Spisová značka: 9Sp/13/2014</w:t>
      </w:r>
    </w:p>
    <w:p>
      <w:r>
        <w:t>ECLI: ECLI:SK:KSBA:2014:1014200197.2</w:t>
      </w:r>
    </w:p>
    <w:p>
      <w:r>
        <w:t>Dátum vydania: 21. 9.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9Sp/13/2014 Identifikačné číslo súdneho spisu: 1014200197 Dátum vydania rozhodnutia: 22. 09. 2014 Meno a priezvisko sudcu, VSÚ: JUDr Janka Richterová ECLI: ECLI:SK:KSBA:2014:1014200197.2 Uznesenie Krajský súd v Bratislave, v právnej veci, týkajúcej sa preskúmania zákonnosti rozhodnutia Centra právnej pomoci, Kancelária Trenčín, Ul. Hviezdoslavova č. 3 zo dňa 28. januára 2014, sp. zn. 997/2014-KaTn o žiadosti X. L., I.. X.XX.XXXX, Z. T. Č.. XXX r o z h o d o l : Súd konanie z a s t a v u j e . Žiaden z účastníkov nemá právo na náhradu trov konania. o d ô v o d n e n i e : Centrum právnej pomoci uvedeným rozhodnutím X. L. podľa § 10 ods. 5 zák. č. 327/2005 Z. z. nepriznalo nárok na poskytnutie právnej pomoci v konaní o invalidnom dôchodku X. L. rovnopis tohto rozhodnutia doručil súdu bez akéhokoľvek ďalšieho podania. Na výzvu súdu, aby oznámil a preukázal, či na súd podal i návrh na preskúmanie doručeného neprávoplatného rozhodnutia centra, navrhovateľ nijako nereagoval. Podľa § 103 O.s.p. kedykoľvek za konania prihliada súd na to, či sú splnené podmienky, za ktorých môže konať vo veci ( podmienky konania ). Podľa § 104, ods. 1 O.s.p. ak ide o taký nedostatok podmienky konania, ktorý nemožno odstrániť, súd konanie zastaví. Podľa § 250m, ods. 1 O.s.p. konanie začína na návrh, ktorým je opravný prostriedok proti rozhodnutiu správneho orgánu. Súd je v ktoromkoľvek štádiu konania povinný skúmať, či sú splnené podmienky, za ktorých môže konať, t. j. či sú splnené procesné podmienky na strane súdu ( právomoc, príslušnosť vecná, funkčná, miestna), účastníkov a ich zástupcov ( napr. spôsobilosť byť účastníkom konania, zástupcom, procesná spôsobilosť), negatívne procesné podmienky (prekážka litispendencie a právoplatne rozhodnutej veci) a napokon vecné procesné podmienky, medzi ktoré patria existenciu návrhu na začatie konania alebo uznesenia o začatí konania. V správnom súdnictve ( piata časť Občianskeho súdneho poriadku ) súdne konanie začína výlučne na návrh, ktorým je buď žaloba podľa § 249, ods. 1 alebo opravný prostriedok proti rozhodnutiu správneho orgánu ( § 250m ). Absencia návrhu v správnom súdnictve predstavuje preto neodstrániteľný nedostatok podmienky konania, v dôsledku ktorej je potrebné konanie zastaviť. Súd vychádzajúc z obsahu súdneho spisu i z obsahu administratívneho spisu Centra právnej pomoci, Kancelária Trenčín, dospel k záveru, že X. L. návrh - opravný prostriedok proti neprávoplatnému rozhodnutiu centra nepodal a nemožno ho považovať za navrhovateľa v súdnom konaní podľa tretej hlavy piatej časti O.s.p. Z dôvodu absencie návrhu na začatie konania ako nedostatku podmienky konania, ktorý nemožno odstrániť, súd zastavil konanie podľa § 104, ods. 1 O.s.p. v spojení s § 250l, ods. 2 a 246c, ods. 1 O.s.p. O trovách konania súd rozhodol podľa § 146 ods. 1, písm. c/ O.s.p. v spojení s § 250l, ods. 2 a 246c, ods. 1 O.s.p., keď nezistil okolnosti odôvodňujúce aplikáciu § 250h, ods. 2 O.s.p. Poučenie: Proti tomuto uzneseniu možno podať odvolanie do 15 dní odo dňa jeho doručenia, prostredníctvom procesného súdu na Najvyšší súd Slovenskej republiky v Bratislave.</w:t>
      </w:r>
    </w:p>
    <w:p/>
    <w:p>
      <w:r>
        <w:t>Zdroj: KAUZIS.SK – https://www.kauzis.sk/judikatura/r/ECLI:SK:KSBA:2014:1014200197.2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