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8Sd/21/2014 z 11. 3. 2014</w:t>
      </w:r>
    </w:p>
    <w:p>
      <w:r>
        <w:t>Uznesenie Krajského súdu Bratislava z 11. marca 2014, sp. zn. 8Sd/21/2014, ECLI:SK:KSBA:2014:1014200243.1</w:t>
      </w:r>
    </w:p>
    <w:p>
      <w:r>
        <w:t>Súd: Krajský súd Bratislava</w:t>
      </w:r>
    </w:p>
    <w:p>
      <w:r>
        <w:t>Spisová značka: 8Sd/21/2014</w:t>
      </w:r>
    </w:p>
    <w:p>
      <w:r>
        <w:t>ECLI: ECLI:SK:KSBA:2014:1014200243.1</w:t>
      </w:r>
    </w:p>
    <w:p>
      <w:r>
        <w:t>Dátum vydania: 11.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8Sd/21/2014 Identifikačné číslo súdneho spisu: 1014200243 Dátum vydania rozhodnutia: 12. 03. 2014 Meno a priezvisko sudcu, VSÚ: JUDr. Peter Pospech ECLI: ECLI:SK:KSBA:2014:1014200243.1 Uznesenie Krajský súd v Bratislave pred samosudcom Petrom Pospechom, v právnej veci navrhovateľa: D.. D. E., F.. XX.XX.XXXX, T. P. X, XXX XX T.Á. T., zastúpený Mgr. Františkom Popperom, advokátom, so sídlom AK Rudlovská cesta 53, 974 01 Banská Bystrica, proti odporcovi: Sociálna poisťovňa - ústredie, so sídlom v Bratislave, Ul. 29. augusta č. 8, 813 63 Bratislava, o starobný dôchodok, o preskúmanie zákonnosti rozhodnutia odporcu zo dňa 30.12.2013, sp. zn. XXX XXX XXXX X, takto r o z h o d o l : Krajský súd v Bratislave p o s t u p u j e vec miestne príslušnému Krajskému súdu v Banskej Bystrici. o d ô v o d n e n i e : Navrhovateľ sa domáha podľa tretej hlavy piatej časti Občianskeho súdneho poriadku preskúmania zákonnosti rozhodnutia odporcu zo dňa 30.12.2013, sp. zn. XXX XXX XXXX X, ktorým mu bola zamietnutá žiadosť o priznanie starobného dôchodku ku dňu 14.11.2013. Podľa ust. § 11 ods. 1 O.s.p. v platnom znení, konanie sa uskutočňuje na tom súde, ktorý je vecne a miestne príslušný na konanie. Príslušnosť sa určuje podľa okolností, ktoré sú tu v čase začatia konania a trvá do skončenia konania. Podľa ust. § 246a, ods. 2 O.s.p. v konaní podľa tretej hlavy piatej časti je miestne príslušný všeobecný súd navrhovateľa alebo krajský súd, v ktorého obvode je tento súd. Podľa ust. § 85, ods. 1 O.s.p. všeobecným súdom občana je súd, v obvode ktorého má občan bydlisko, a ak nemá bydlisko, súd v obvode ktorého sa zdržuje. Podľa ust. § 250d, ods. 2 O.s.p. ak predseda senátu zistí, že súd nie je vecne alebo miestne príslušný, postúpi vec uznesením príslušnému súdu. Vzhľadom k tomu, že na predmetné konanie je podľa bydliska navrhovateľa vecne a miestne príslušný Krajský súd v Banskej Bystrici, súd rozhodol tak ako je uvedené vo výrokovej časti tohto uznesenia. Po právoplatnosti uznesenia bude spis zaslaný miestne príslušnému Krajskému súdu v Banskej Bystrici, ktorý vec prejedná a rozhodne v merite veci. Poučenie: Proti tomuto uzneseniu odvolanie nie je prípustné.</w:t>
      </w:r>
    </w:p>
    <w:p/>
    <w:p>
      <w:r>
        <w:t>Zdroj: KAUZIS.SK – https://www.kauzis.sk/judikatura/r/ECLI:SK:KSBA:2014:1014200243.1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