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5Sd/22/2014 z 19. 2. 2014</w:t>
      </w:r>
    </w:p>
    <w:p>
      <w:r>
        <w:t>Uznesenie Krajského súdu Bratislava z 19. februára 2014, sp. zn. 5Sd/22/2014, ECLI:SK:KSBA:2014:1014200246.1</w:t>
      </w:r>
    </w:p>
    <w:p>
      <w:r>
        <w:t>Súd: Krajský súd Bratislava</w:t>
      </w:r>
    </w:p>
    <w:p>
      <w:r>
        <w:t>Spisová značka: 5Sd/22/2014</w:t>
      </w:r>
    </w:p>
    <w:p>
      <w:r>
        <w:t>ECLI: ECLI:SK:KSBA:2014:1014200246.1</w:t>
      </w:r>
    </w:p>
    <w:p>
      <w:r>
        <w:t>Dátum vydania: 19.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5Sd/22/2014 Identifikačné číslo súdneho spisu: 1014200246 Dátum vydania rozhodnutia: 20. 02. 2014 Meno a priezvisko sudcu, VSÚ: JUDr. Milota Tóthová ECLI: ECLI:SK:KSBA:2014:1014200246.1 Uznesenie Krajský súd v Bratislave v právnej veci navrhovateľa I. P., bytom D. XXX/X, Č., proti odporkyni Sociálnej poisťovni ústredie, Ul. 29. augusta č. 8, Bratislava, o preskúmanie rozhodnutia odporkyne, takto r o z h o d o l : Krajský súd v Bratislave p o s t u p u j e vec Krajskému súdu v Žiline. o d ô v o d n e n i e : Návrh na preskúmanie rozhodnutia vydaného odporkyňou číslo XXX XXX XXXX X zo dňa 8.1.2014 bol podaný dňa 18.2.2014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zamietnutí žiadosti o priznanie starobného dôchodku od 24. apríla 1992, na preskúmanie ktorého je vecne príslušný krajský súd podľa tretej hlavy piatej časti Občianskeho súdneho poriadku. V danom prípade má navrhovateľ trvalé bydlisko v Č., a preto jeho všeobecným súdom je súd určený podľa § 85 ods. 1 O.s.p., ktorý je v obvode Krajského súdu v Žiline (§ 85a ods. 1 O.s.p.). Nie je teda daná miestna príslušnosť Krajského súdu v Bratislave podľa § 246a ods. 2 O.s.p. a miestne príslušným na konanie vo veci je Krajský súd v Žiline,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https://www.kauzis.sk/judikatura/r/ECLI:SK:KSBA:2014:1014200246.1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