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1S/34/2014 z 10. 6. 2014</w:t>
      </w:r>
    </w:p>
    <w:p>
      <w:r>
        <w:t>Uznesenie Krajského súdu Bratislava z 10. júna 2014, sp. zn. 1S/34/2014, ECLI:SK:KSBA:2014:1014200260.1</w:t>
      </w:r>
    </w:p>
    <w:p>
      <w:r>
        <w:t>Súd: Krajský súd Bratislava</w:t>
      </w:r>
    </w:p>
    <w:p>
      <w:r>
        <w:t>Spisová značka: 1S/34/2014</w:t>
      </w:r>
    </w:p>
    <w:p>
      <w:r>
        <w:t>ECLI: ECLI:SK:KSBA:2014:1014200260.1</w:t>
      </w:r>
    </w:p>
    <w:p>
      <w:r>
        <w:t>Dátum vydania: 10. 6.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1S/34/2014 Identifikačné číslo súdneho spisu: 1014200260 Dátum vydania rozhodnutia: 11. 06. 2014 Meno a priezvisko sudcu, VSÚ: JUDr. Nora Halmová ECLI: ECLI:SK:KSBA:2014:1014200260.1 Uznesenie Krajský súd v Bratislave v právnej veci žalobcu: BRASTONE, s.r.o., Bajkalská 9, 831 04 Bratislava, IČO: 46 258 540, právne zastúpený: JUDr. Ing. Branislav Pecho, PhD., advokát, Piaristická 2, 949 01 Nitra, proti žalovanému: Finančné riaditeľstvo Slovenskej republiky, Lazovná 63, 974 01 Banská Bystrica, o preskúmanie zákonnosti rozhodnutia žalovaného č. 1100302/1/600840/2013/857 zo dňa 16.12.2013, takto r o z h o d o l : Krajský súd v Bratislave o d k l a d á vykonateľnosť rozhodnutia žalovaného č. 1100302/1/600840/2013/857 zo dňa 16.12.2013 v spojení s rozhodnutím Daňového úradu č. 9104404/5/3997312/2013/BosM zo dňa 2.9.2013, a to až do právoplatnosti rozhodnutia súdu vo veci samej. o d ô v o d n e n i e : Žalobca sa žalobou podanou Krajskému súdu v Bratislave dňa 21.2.2014 domáhal preskúmania zákonnosti rozhodnutia žalovaného č. 1100302/1/600840/2013/857 zo dňa 16.12.2013, ktorým zmenil odvolaním napadnuté rozhodnutie Daňového úradu Bratislava č. 9104404/5/3997312/2013/BosM zo dňa 2.9.2013, o vyrubení platiteľovi dane z pridanej hodnoty (žalobcovi) za zdaňovacie obdobie IV. štvrťrok 2011 rozdiel dane z pridanej hodnoty v sume 4158 150,00 eur tak, že zmenil výšku správcom dane určeného rozdielu dane z pridanej hodnoty zo sumy 158 150,00 eur na sumu 156 535,20 eur. Súčasne žalobca podaním zo dňa 4.6.2014 požiadal súd o odklad vykonateľnosti rozhodnutia žalovaného č. 1100302/1/600840/2013/857 zo dňa 16.12.2013, ako aj rozhodnutia Daňového úradu Bratislava č. 9104404/5/3997312/2013/BosM zo dňa 2.9.2013. Žalobca žiadosť o odklad vykonateľnosti v záhlaví identifikovaných rozhodnutí odôvodnil aj tým, že vyrubený rozdiel dane z pridanej hodnoty v rámci celej daňovej kontroly je vzhľadom na jeho výšku pre neho likvidačný z dôvodu neschopnosti uhrádzať záväzky, čo by viedlo k prípadným exekúciám a možnej platobnej neschopnosti a v konečnom dôsledku aj k ukončeniu jeho podnikateľskej činnosti. Podľa § 250c veta druhá O.s.p., na žiadosť účastníka môže predseda senátu uznesením vykonateľnosť rozhodnutia odložiť, ak by okamžitým výkonom napadnutého rozhodnutia hrozila závažná ujma. Súd považoval dôvody, uvedené v žiadosti žalobcu o odklad vykonateľnosti napadnutého rozhodnutia v spojení s prvostupňovým rozhodnutím za opodstatnené, keďže okamžitým výkonom rozhodnutia, zaväzujúceho žalobcu k odvedeniu sumy vo výške 156.535,20 eur by mohlo dôjsť k neschopnosti žalobcu uhrádzať záväzky a v konečnom dôsledku aj k ukončeniu jeho podnikateľskej činnosti. Žalobcovi by tiež hrozila závažná ujma spočívajúca v nenapraviteľnom zásahu do jeho práv, keďže v rámci výkonu napadnutých rozhodnutí by došlo k predaju jeho majetku a prakticky by mu znemožnilo vykonávanie podnikateľskej činnosti ako takej. Tunajší súd preto postupoval v súlade s citovaným zákonným ustanovením a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https://www.kauzis.sk/judikatura/r/ECLI:SK:KSBA:2014:1014200260.1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