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2S/36/2014 z 26. 8. 2014</w:t>
      </w:r>
    </w:p>
    <w:p>
      <w:r>
        <w:t>Uznesenie Krajského súdu Bratislava z 26. augusta 2014, sp. zn. 2S/36/2014, ECLI:SK:KSBA:2014:1014200281.1</w:t>
      </w:r>
    </w:p>
    <w:p>
      <w:r>
        <w:t>Súd: Krajský súd Bratislava</w:t>
      </w:r>
    </w:p>
    <w:p>
      <w:r>
        <w:t>Spisová značka: 2S/36/2014</w:t>
      </w:r>
    </w:p>
    <w:p>
      <w:r>
        <w:t>ECLI: ECLI:SK:KSBA:2014:1014200281.1</w:t>
      </w:r>
    </w:p>
    <w:p>
      <w:r>
        <w:t>Dátum vydania: 26. 8. 2014</w:t>
      </w:r>
    </w:p>
    <w:p>
      <w:r>
        <w:t>Forma: Uznesenie</w:t>
      </w:r>
    </w:p>
    <w:p>
      <w:pPr>
        <w:pStyle w:val="Heading2"/>
      </w:pPr>
      <w:r>
        <w:t>Text rozhodnutia</w:t>
      </w:r>
    </w:p>
    <w:p>
      <w:r>
        <w:t>Súd: Krajský súd Bratislava Spisová značka: 2S/36/2014 Identifikačné číslo súdneho spisu: 1014200281 Dátum vydania rozhodnutia: 27. 08. 2014 Meno a priezvisko sudcu, VSÚ: JUDr. Marián Trenčan ECLI: ECLI:SK:KSBA:2014:1014200281.1 Uznesenie Krajský súd v Bratislave v právnej veci žalobcu: N.. D. R., F. XX, H., zastúpený: JUDr. Elena Ľalíková, advokátka, Podbrezovská 34, Bratislava, proti žalovanému: Rada pre vysielanie a retransmisiu, Dobrovičova 8, P. O. Box 155, Bratislava, o preskúmanie zákonnosti rozhodnutia žalovaného č. 5783/2013 zo dňa 10.12.2013, jednohlasne, takto r o z h o d o l : Krajský súd v Bratislave konanie z a s t a v u j e . Žiaden z účastníkov nemá právo na náhradu trov konania. o d ô v o d n e n i e : Včas podanou žalobou sa žalobca domáhal preskúmania zákonnosti rozhodnutia žalovaného č. 5783/2013 zo dňa 10.12.2013 označeného ako Oznámenie o výsledku prešetrenia sťažnosti, v ktorom žalovaný oznámil žalobcovi, že sa na svojom zasadnutí dňa 03.12.2013 zaoberal aj vysielaním RTVS, voči ktorému smerovala sťažnosť žalobcu, zaevidovaná pod č. 4566/340-2013, pričom dospel k záveru, že nenašiel dôvody na začatie správneho konania a predmetnú sťažnosť smerujúcu voči programu Rádiožurnál o 12.00 a 18.00 zo dňa 11.09.2013 posúdil ako neopodstatnenú. Podaním doručeným Krajskému súdu v Bratislave dňa 04.08.2014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https://www.kauzis.sk/judikatura/r/ECLI:SK:KSBA:2014:1014200281.1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