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2S/39/2014 z 27. 4. 2014</w:t>
      </w:r>
    </w:p>
    <w:p>
      <w:r>
        <w:t>Uznesenie Krajského súdu Bratislava z 27. apríla 2014, sp. zn. 2S/39/2014, ECLI:SK:KSBA:2014:1014200286.1</w:t>
      </w:r>
    </w:p>
    <w:p>
      <w:r>
        <w:t>Súd: Krajský súd Bratislava</w:t>
      </w:r>
    </w:p>
    <w:p>
      <w:r>
        <w:t>Spisová značka: 2S/39/2014</w:t>
      </w:r>
    </w:p>
    <w:p>
      <w:r>
        <w:t>ECLI: ECLI:SK:KSBA:2014:1014200286.1</w:t>
      </w:r>
    </w:p>
    <w:p>
      <w:r>
        <w:t>Dátum vydania: 27.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2S/39/2014 Identifikačné číslo súdneho spisu: 1014200286 Dátum vydania rozhodnutia: 28. 04. 2014 Meno a priezvisko sudcu, VSÚ: Mgr. Viliam Pohančeník ECLI: ECLI:SK:KSBA:2014:1014200286.1 Uznesenie Krajský súd v Bratislave v právnej veci žalobcu: M&amp;T PARTNERS s.r.o., IČO: 36 827 860, Moskovská 13, Bratislava, zastúpený: JUDr. Ľubica Masárová, advokátka, Púchovská 12, Bratislava, proti žalovanému: Finančné riaditeľstvo Slovenskej republiky, Lazovná 63, Banská Bystrica, o preskúmanie zákonnosti rozhodnutia žalovaného č. 1100308/1/600093/2013 zo dňa 13.12.2013, takto r o z h o d o l : Krajský súd v Bratislave o d k l a d á vykonateľnosť rozhodnutia žalovaného č. 1100308/1/600093/2013 zo dňa 13.12.2013 v spojení s rozhodnutím Daňového úradu Žilina č. 9511401/5/4204181/2013 zo dňa 16.09.2013, a to až do právoplatnosti rozhodnutia súdu vo veci samej. o d ô v o d n e n i e : Žalobou osobne podanou na Krajskom súde v Bratislave dňa 26.02.2014 sa žalobca domáha preskúmania zákonnosti rozhodnutia žalovaného č. 1100308/1/600093/2013 zo dňa 13.12.2013, ktorým žalovaný podľa 74 ods. 4 zákona č. 563/2009 Z.z. o správe daní (daňový poriadok) a o zmene a doplnení niektorých zákonov v znení neskorších predpisov (ďalej len „daňový poriadok“) potvrdil prvostupňové rozhodnutie Daňového úradu Žilina č. 9511401/5/4204181/2013 zo dňa 16.09.2013, ktorým podľa § 68 ods. 5 daňového poriadku správca dane vyrubil rozdiel dane z pridanej hodnoty za zdaňovacie obdobie apríl 2012 v sume XX XXX,XX eur. Žalobca zároveň žiadal Krajský súd v Bratislave o odklad vykonateľnosti rozhodnutia žalovaného č. 1100308/1/600093/2013 zo dňa 13.12.2013, ako aj rozhodnutia Daňového úradu Žilina č. 9511401/5/4204181/2013 zo dňa 16.09.2013 z dôvodu, že výkon napadnutého rozhodnutia by mal pre neho likvidačné dôsledky a to zrejme ešte pred právoplatným rozhodnutím súdu v tejto veci, čím by bolo zmarené jeho právo na súdnu ochranu garantované čl. 46 ods. 2 Ústavy Slovenskej republiky. Žalobca uviedol, že výkon rozhodnutia by mu spôsobil závažnú ujmu bez možnosti navrátenia do pôvodného stavu v prípade, že by súd predmetné napadnuté rozhodnutie žalovaného zrušil. Povinnosť uhradiť dorubený rozdiel dane by žalobcovi znemožnila úhradu finančných záväzkov voči jeho obchodným partnerom a to predovšetkým splácanie leasingových zmlúv a bankových úverov, pričom nesplnenie týchto splátok by malo za následok uplatnenie záložných práv na financované nehnuteľnosti resp. ich odňatie. Podľa § 250c veta druhá O.s.p., na žiadosť účastníka môže predseda senátu uznesením vykonateľnosť rozhodnutia odložiť, ak by okamžitým výkonom napadnutého rozhodnutia hrozila závažná ujma. Krajský súd v Bratislave považoval dôvody uvedené v žiadosti žalobcu o odklad vykonateľnosti napadnutých rozhodnutí za opodstatnené, keďže okamžitým výkonom napadnutých rozhodnutí by mohlo dôjsť k platobnej neschopnosti žalobcu spočívajúcej v nemožnosti splácať leasingové zmluvy a bankové úvery, čo by mohlo viesť k uplatneniu záložných práv na financované nehnuteľnosti, resp. k odňatiu týchto nehnuteľností. Úhrada dorubeného rozdielu dane z pridanej hodnoty by mala pre žalobcu likvidačné následky. Žalobcovi by tiež hrozila závažná ujma spočívajúca v nenapraviteľnom zásahu do jeho práv, keďže v rámci výkonu napadnutých rozhodnutí by došlo k strate vlastníckych práv, resp. práv vyplývajúcich z leasingových zmlúv, ktorými je právo kúpy prenajatých nehnuteľností. Súd zároveň zohľadnil aj skutočnosť, že odkladom vykonateľnosti vo výroku identifikovaných rozhodnutí nedôjde k poškodeniu alebo k ohrozeniu práv a právom chránených záujmov tretích osôb ani štátu. Krajský súd v Bratislave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https://www.kauzis.sk/judikatura/r/ECLI:SK:KSBA:2014:1014200286.1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