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12Sp/17/2014 z 26. 5. 2014</w:t>
      </w:r>
    </w:p>
    <w:p>
      <w:r>
        <w:t>Rozsudok Krajského súdu Bratislava z 26. mája 2014, sp. zn. 12Sp/17/2014, ECLI:SK:KSBA:2014:1014200295.1</w:t>
      </w:r>
    </w:p>
    <w:p>
      <w:r>
        <w:t>Súd: Krajský súd Bratislava</w:t>
      </w:r>
    </w:p>
    <w:p>
      <w:r>
        <w:t>Spisová značka: 12Sp/17/2014</w:t>
      </w:r>
    </w:p>
    <w:p>
      <w:r>
        <w:t>ECLI: ECLI:SK:KSBA:2014:1014200295.1</w:t>
      </w:r>
    </w:p>
    <w:p>
      <w:r>
        <w:t>Dátum vydania: 26. 5. 2014</w:t>
      </w:r>
    </w:p>
    <w:p>
      <w:r>
        <w:t>Forma: Rozsudok</w:t>
      </w:r>
    </w:p>
    <w:p>
      <w:r>
        <w:t>Oblasť práva: Správne právo</w:t>
      </w:r>
    </w:p>
    <w:p>
      <w:pPr>
        <w:pStyle w:val="Heading2"/>
      </w:pPr>
      <w:r>
        <w:t>Text rozhodnutia</w:t>
      </w:r>
    </w:p>
    <w:p>
      <w:r>
        <w:t>Súd: Krajský súd Bratislava Spisová značka: 12Sp/17/2014 Identifikačné číslo súdneho spisu: 1014200295 Dátum vydania rozhodnutia: 27. 05. 2014 Meno a priezvisko sudcu, VSÚ: Mgr. Marián Degma ECLI: ECLI:SK:KSBA:2014:1014200295.1 ROZSUDOK V MENE SLOVENSKEJ REPUBLIKY Krajský súd v Bratislave v konaní pred samosudcom Mgr. Mariánom Degmom v právnej veci navrhovateľa: Z.. H. D., nar. X.X.XXXX, bytom W. XX, Y.Š. Q. T., proti odporcovi: Centrum právnej pomoci, kancelária Bratislava, Nám. slobody 12, Bratislava, o preskúmanie zákonnosti rozhodnutia odporcu sp.zn. : 1036 /2014 - KaBA (9335 /2013) RZ : 2853/2014 zo dňa 20.01.2014 takto r o z h o d o l : Krajský súd v Bratislave rozhodnutie odporcu Sp.zn.: 1036/2014-KaBA (9335/2013), RZ: 2853/2014 zo dňa 20.1.2014 p o t v r d z u j e . Účastníkom súd právo na náhradu trov konania nepriznáva. Navrhovateľ je povinný zaplatiť titulom súdneho poplatku 35 eur na účet Krajského súdu v Bratislave, Záhradnícka 10, Bratislava, v lehote 15 dní od právoplatnosti tohto rozsudku. o d ô v o d n e n i e : Krajskému súdu v Bratislave bolo dňa 26.02.2014 odporcom postúpené odvolanie zo dňa 17.02.2014 podané navrhovateľom voči jeho preskúmavanému rozhodnutiu sp.zn. : 1036 /2014 - KaBA (9335 /2013) RZ : 2853/2014 vydanom dňa 20.01.2014, ktorým rozhodol o nepriznaní nároku na poskytnutie právnej pomoci navrhovateľovi. Odporca sa zároveň vyjadril k podanému odvolaniu navrhovateľa a zotrval na dôvodoch svojho rozhodnutia, pričom uviedol, že pri rozhodovaní o žiadosti navrhovateľa na poskytnutie právnej pomoci vychádzal z ním doložených dokladov a zistil, že čistý príjem navrhovateľa v sledovanom období máj 2013 až november 2013 - mesiac podania žiadosti navrhovateľa o poskytnutie právnej pomoci bol 374, 20 euro mesačne a teda presahoval 1, 6 - násobok sumy životného minima stanoveného zákonom číslo 601/2003 Z.z. o životnom minime (vo výške 316,94 eura) o sumu 57,26 euro mesačne. Pri hodnotení výšky príjmu navrhovateľa odporca uviedol, že vykonávané exekučné zrážky z jeho dôchodku nemohol zohľadniť. Nakoľko navrhovateľ nesplnil zákonom stanovené podmienky pre priznanie nároku na poskytovanie právnej pomoci, keďže nesplnil jednou z kumulatívne vyžadovaných zákonom stanovených podmienok pre priznanie nároku na poskytovanie právnej pomoci, splnenie ďalších podmienok už neskúmal, nezaoberal sa majetkovou situáciou navrhovateľa a vydal rozhodnutie o nepriznaní nároku na poskytovanie právnej pomoci navrhovateľovi. Preskúmavaným rozhodnutím vydaným odporcom dňa 20.01.2014 odporca nepriznal navrhovateľovi nárok na poskytnutie právnej pomoci. V odôvodnení svojho rozhodnutia uviedol, že je daná jeho pôsobnosť vzhľadom na povahu sporu (ústavnoprávna vec), s ktorým sa navrhovateľ na neho obrátil. Odporca ďalej uvádza, že vychádzal pri zistení príjmu navrhovateľa z ním predložených dokladov - potvrdenie Sociálnej poisťovne, ústredie zo dňa 17.12.2013 o výške navrhovateľovho starobného dôchodku - 374, 20 euro mesačne, potvrdenie Sociálnej poisťovne ústredne zo dňa 02.05.2013 o výške starobného dôchodku navrhovateľa - 374,20 euro mesačne. V rozhodnutí sa ďalej konštatuje, že čistý mesačný príjem navrhovateľa v sledovanom období máj 2013 až november 2013 - mesiac podania žiadosti o poskytnutie právnej pomoci bol 374,20 euro mesačne a teda presahoval 1,6 - násobok sumy životného minima stanoveného zákonom číslo 601/2003 o životnom minime (suma 316, 94 eura platná od 1.7.2013), ktorá predstavuje hornú hranicu príjmu materiálnej núdze pre jednu plnoletú fyzickú osobu, a to o 57,26 euro mesačne s tým, že exekučné zrážky vykonávané z dôchodku odporca nezohľadňuje. Keďže z predložených dokladov o príjme navrhovateľa odporca mal za preukázané, že tento nespĺňa zákonom stanovenú podmienku - stav materiálnej núdze, nezaoberal sa jeho majetkovou situáciou. Nesplnenie hoci len jednej z podmienok pre priznanie nároku na poskytnutie právnej pomoci má za následok vydanie negatívneho rozhodnutia o žiadosti na priznanie nároku na poskytovanie právnej pomoci, z listinných dôkazov bolo preukázané že navrhovateľ jednu z kumulatívne vyžadovaných stanovených podmienok pre priznanie nároku na právnu pomoc nespĺňa, rozhodol o nepriznaní nároku na poskytovanie právnej pomoci navrhovateľovi. Navrhovateľ proti vyššie uvedenému rozhodnutiu odporcu v zákonnej lehote dňa 18.02.2014 podal odvolanie zo dňa 17.02.2014, ktorým žiadal napadnuté rozhodnutie zrušiť, keďže má zato, že odporca nesprávne zistil jeho príjem, nakoľko nie je pravdou, že by mu Sociálna poisťovňa, ústredie Bratislava vyplácala dôchodok vo výške 374,20 eura a on potrebuje ustanoviť advokáta na podanie kvalifikovaného návrhu na začatie konania pred Ústavným súdom Slovenskej republiky vo veci neplatne vydaného rozsudku Okresného súdu Spišská Nová Ves spisovej značky 5C 499/ 94 - 12 zo dňa 23.09.1994. Krajský súd v Bratislave ako súd miestne a vecne príslušný prejednal vec na nariadenom pojednávaní, preskúmal napadnuté rozhodnutie ako aj postup, ktorý jeho vydaniu predchádzal a to v rozsahu a dôvodov uvedených v odvolaní navrhovateľa a dospel k záveru, že napadnuté rozhodnutie odporcu je v súlade so zákonom, je vecne správne a odvolanie navrhovateľa voči nemu nie je dôvodné. Z pripojeného administratívneho spisu odporcu súd zistil nasledovné skutočnosti: Navrhovateľ doručil dňa 18.11.2013 odporcovi žiadosť o poskytnutie právnej pomoci. Odporca písomnosťou z 23.12.2013 navrhovateľa vyzval na odstránenie vád jeho žiadosti a doplnenie údajov na preukázanie právnej stránky veci ako aj preukázanie príjmovej stránky veci. Navrhovateľ dňa 14.01.2014 predložil odporcovi doplnenie jeho žiadosti vzhľadom na vyššie uvedenú výzvu s tým, že žiada o pomoc v podaní adresovanému Ústavnému súdu Slovenskej republiky vo veci nápravy justičných omylov v troch súdnych konaniach a zároveň predložil potvrdenie Sociálnej poisťovne, ústredie o výplate dôchodkových dávok zo dňa 17.12. 2013 vo výške 374, 20 euro mesačne, pri vykonávaní exekučných zrážok vo výške 117, 40 euro mesačne. Navrhovateľ následne pristúpil k vyhodnoteniu príjmovej a majetkovej situácie navrhovateľa dňa 20.01.2014 a toho istého dňa vydal preskúmavané rozhodnutie, voči ktorému v zákonnej lehote navrhovateľ podal odvolanie, ktoré je predmetom tohto súdneho prieskumu. Na súdnom pojednávaní prítomný navrhovateľ uviedol, že vyčerpal možnosti, na koho sa obrátiť pri vyriešení svojich súdnych sporov, ktorými namieta nedodržanie zákona Okresným súdom Spišská Nová Ves. Jeho dôchodok je vo výške 258 euro mesačne. Zástupca odporcu zotrval na dôvodoch uvedených v preskúmavanom rozhodnutí, ako aj v svojom vyjadrení k odvolaniu navrhovateľa, ktorý nesplnil jednu z kumulatívne vyžadovaných podmienok na priznanie právnej pomoci - stav materiálnej núdze vzhľadom na výšku jeho dôchodku.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4 písm. i) zákona č. 327/2005 Z. z. na účely tohto zákona je materiálnou núdzou stav, keď fyzická osoba je poberateľom dávky a príspevkov k dávke v hmotnej núdzi alebo stav, keď príjem fyzickej osoby nedosahuje 1,6 - násobok sumy životného minima a táto fyzická osoba si využívanie právnych služieb nemôže zabezpečiť svojím majetkom. Podľa § 4 ods. 2 zákona č. 327/2005 Z. z.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 6 ods. 1 zákona číslo 327 /2005 Z. z. fyzická osoba má právo na poskytnutie právnej pomoci bez finančnej účasti, ak a) jej príjem nepresahuje 1,4 - 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určiť v peniazoch. Podľa § 6 ods. 2 zákona č. 327/2005 Z. z. podmienky na poskytnutie právnej pomoci bez finančnej účasti podľa odseku 1 písm. a) a b) musí fyzická osoba spĺňať počas celého trvania poskytovania právnej pomoci. Podľa § 6a ods. 1 zákona č. 327/2005 Z. z.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Predmetom súdneho prieskumu postupom podľa ustanovení tretej hlavy (§ 250l O.s.p. a nasl.) piatej časti O.s.p. bolo preskúmať zákonnosť postupu a rozhodnutia odporcu, ktorým nepriznal navrhovateľovi nárok na poskytnutie právnej pomoci. V prejednávanej veci má súd za to, že nárok na poskytnutie právnej pomoci je odporca oprávnený priznať iba v prípade, ak žiadateľ (navrhovateľ) kumulatívne spĺňa všetky zákonom predpokladané podmienky (§ 6 ods. 1 písm. a), b), c) zákona číslo 327/2005 Z.z.). Vzhľadom na to, že jednu zo zákonom kumulatívne vyžadovaných podmienok - stav materiálnej núdze odporca v danom prípade vyhodnotil ako nesplnenú, bol potom povinný vydať rozhodnutie o nepriznaní nároku na poskytovanie právnej pomoci navrhovateľovi. Pri posudzovaní splnenia podmienky stavu materiálnej núdze odporca správne vychádzal z príjmu navrhovateľa za posudzované obdobie, ktorý predstavoval výšku 374,20 euro mesačne, čo vyplynulo z potvrdenia Sociálnej poisťovne o výške starobného dôchodku navrhovateľa. Odporca potom v súlade s ustanovením § 2 zákona o životnom minime stanovil 1,6 - násobok sumy životného minima pre jednu plnoletú osobu vo výške 316,94 eura. Dosahovaný príjem navrhovateľa presahuje takto určenú sumu životného minima. Odporca správne nezohľadnil vykonávané exekučné zrážky z navrhovateľovho dôchodku, keďže zákon mu takýto postup neumožňuje. Súd záverom musí konštatovať, že odvolaním navrhovateľa napadnuté rozhodnutie odporcu, ktoré bolo predmetom súdneho prieskumu, považuje za vecne správne, vychádzajúce z riadne zisteného skutkového stavu, náležite odôvodnené, s uvedením úvah, ktorými bol odporca vedený pri hodnotení dôkazov, obsahujúce správnu úvahu pri použití právnych predpisov, na základe ktorých vo veci rozhodol a preto ho podľa § 250q ods. 2 O.s.p. potvrdil. O náhrade trov konania rozhodol súd v zmysle § 250k ods. 1 O.s.p. v spojení s § 250l ods. 2 O.s.p. a vo veci neúspešnému navrhovateľovi náhradu trov konania nepriznal, odporcovi v správnom súdnictve právo na náhradu trov konania zásadne neprináleží. Nakoľko navrhovateľ nebol v konaní úspešný, stal sa poplatníkom v zmysle § 2 ods. 4 zákona č. 71/1992 Zb., podľa ktorého poplatníkom je tiež ten, kto podal opravný prostriedok proti rozhodnutiu správneho orgánu a v konaní nebol úspešný. V danom prípade nie je navrhovateľ osobne oslobodený od platenia súdneho poplatku (ani predmetné konanie nie je vecne oslobodené ) a preto súd mu uložil povinnosť zaplatiť súdny poplatok - 35€, podľa položky 10 písm. b) sadzobníka súdnych poplatkov - prílohy zák. č. 71/1992 Zb. na účet konajúceho súdu.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https://www.kauzis.sk/judikatura/r/ECLI:SK:KSBA:2014:1014200295.1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