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8Sd/33/2014 z 5. 5. 2014</w:t>
      </w:r>
    </w:p>
    <w:p>
      <w:r>
        <w:t>Uznesenie Krajského súdu Bratislava z 5. mája 2014, sp. zn. 8Sd/33/2014, ECLI:SK:KSBA:2014:1014200337.1</w:t>
      </w:r>
    </w:p>
    <w:p>
      <w:r>
        <w:t>Súd: Krajský súd Bratislava</w:t>
      </w:r>
    </w:p>
    <w:p>
      <w:r>
        <w:t>Spisová značka: 8Sd/33/2014</w:t>
      </w:r>
    </w:p>
    <w:p>
      <w:r>
        <w:t>ECLI: ECLI:SK:KSBA:2014:1014200337.1</w:t>
      </w:r>
    </w:p>
    <w:p>
      <w:r>
        <w:t>Dátum vydania: 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8Sd/33/2014 Identifikačné číslo súdneho spisu: 1014200337 Dátum vydania rozhodnutia: 06. 05. 2014 Meno a priezvisko sudcu, VSÚ: JUDr. Peter Pospech ECLI: ECLI:SK:KSBA:2014:1014200337.1 Uznesenie Krajský súd v Bratislave v právnej veci navrhovateľa: K. K., C. E. X, XXX XX C., proti odporcovi: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12.2.2014 žiadal preskúmať rozhodnutie odporkyne číslo XXX XXX XXXX X zo dňa 27.1.2014, ktorým odporkyňa zamietla žiadosť navrhovateľa o priznanie invalidného dôchodku. Písomným prehlásením došlým súdu dňa 1.4.2014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https://www.kauzis.sk/judikatura/r/ECLI:SK:KSBA:2014:1014200337.1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