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10Sd/37/2014 z 29. 4. 2014</w:t>
      </w:r>
    </w:p>
    <w:p>
      <w:r>
        <w:t>Uznesenie Krajského súdu Bratislava z 29. apríla 2014, sp. zn. 10Sd/37/2014, ECLI:SK:KSBA:2014:1014200359.1</w:t>
      </w:r>
    </w:p>
    <w:p>
      <w:r>
        <w:t>Súd: Krajský súd Bratislava</w:t>
      </w:r>
    </w:p>
    <w:p>
      <w:r>
        <w:t>Spisová značka: 10Sd/37/2014</w:t>
      </w:r>
    </w:p>
    <w:p>
      <w:r>
        <w:t>ECLI: ECLI:SK:KSBA:2014:1014200359.1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10Sd/37/2014 Identifikačné číslo súdneho spisu: 1014200359 Dátum vydania rozhodnutia: 30. 04. 2014 Meno a priezvisko sudcu, VSÚ: Mgr. Ivana Miková ECLI: ECLI:SK:KSBA:2014:1014200359.1 Uznesenie Krajský súd v Bratislave v právnej veci navrhovateľa: O. X., I.. XX.XX.XXXX, bytom X. Č.. XXX, XXX XX X., proti odporcovi: Sociálna poisťovňa- ústredie, Ul. 29. augusta č. 8-10, 813 63 Bratislava, o invalidný dôchodok, o preskúmanie zákonnosti rozhodnutia odporcu zo dňa 30.09.2013, sp. zn. XXX XXX XXXX X, takto r o z h o d o l : Krajský súd v Bratislave p o s t u p u j e vec Krajskému súdu v Trnave. o d ô v o d n e n i e : Navrhovateľ sa domáha podľa tretej hlavy piatej časti Občianskeho súdneho poriadku preskúmania zákonnosti rozhodnutia odporcu zo dňa 30.09.2013, sp. zn. XXX XXX XXXX X. Podľa § 246a, ods. 2 O.s.p. v konaní podľa tretej hlavy piatej časti je miestne príslušný všeobecný súd navrhovateľa alebo krajský súd, v ktorého obvode je tento súd. Podľa § 85, ods. 1 O.s.p. všeobecným súdom občana je súd, v obvode ktorého má občan bydlisko, a ak nemá bydlisko, súd v obvode ktorého sa zdržuje. Podľa § 250d, ods. 2 O.s.p. ak predseda senátu zistí, že súd nie je vecne alebo miestne príslušný, postúpi vec uznesením príslušnému súdu. Všeobecným súdom navrhovateľa je v zmysle § 85, ods. 1 O.s.p. Okresný súd Dunajská Streda, v obvode Krajského súdu v Trnave (§ 246a, ods. 2 O.s.p.). So zreteľom na všeobecný súd navrhovateľa súd v súlade s § 250d, ods. 2 O.s.p. postúpil vec miestne príslušnému Krajskému súdu v Trnave. Poučenie: Proti tomuto uzneseniu možno podať odvolanie do 15 dní odo dňa jeho doručenia, prostredníctvom procesného súdu na Najvyšší súd Slovenskej republiky v Bratislave. Proti rozhodnutiu súdneho úradníka alebo justičného čakateľa je vždy prípustné odvolanie.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Ak odvolanie podané v odvolacej lehote oprávnenou osobou smeruje proti rozhodnutiu súdneho úradníka alebo justičného čakateľa, proti ktorému zákon odvolanie nepripúšťa (§ 202), rozhodnutie sa podaním odvolania zrušuje a opätovne rozhodne sudca.</w:t>
      </w:r>
    </w:p>
    <w:p/>
    <w:p>
      <w:r>
        <w:t>Zdroj: KAUZIS.SK – https://www.kauzis.sk/judikatura/r/ECLI:SK:KSBA:2014:1014200359.1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