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6S/49/2014 z 27. 11. 2014</w:t>
      </w:r>
    </w:p>
    <w:p>
      <w:r>
        <w:t>Uznesenie Krajského súdu Bratislava z 27. novembra 2014, sp. zn. 6S/49/2014, ECLI:SK:KSBA:2014:1014200402.2</w:t>
      </w:r>
    </w:p>
    <w:p>
      <w:r>
        <w:t>Súd: Krajský súd Bratislava</w:t>
      </w:r>
    </w:p>
    <w:p>
      <w:r>
        <w:t>Spisová značka: 6S/49/2014</w:t>
      </w:r>
    </w:p>
    <w:p>
      <w:r>
        <w:t>ECLI: ECLI:SK:KSBA:2014:1014200402.2</w:t>
      </w:r>
    </w:p>
    <w:p>
      <w:r>
        <w:t>Dátum vydania: 27.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6S/49/2014 Identifikačné číslo súdneho spisu: 1014200402 Dátum vydania rozhodnutia: 28. 11. 2014 Meno a priezvisko sudcu, VSÚ: JUDr. Judita Kokolevská ECLI: ECLI:SK:KSBA:2014:1014200402.2 Uznesenie Krajský súd v Bratislave v právnej veci žalobcov: I. Poľnohospodárske družstvo Voderady - Slovenská Nová Ves v likvidácii, so sídlom 919 42 Voderady 195, II. AGRO Voderady - Slovenská Nová Ves, a.s., so sídlom Voderady 919 42 Voderady 195 obaja právne zastúpení: HALADA advokátska kancelária, s.r.o., so sídlom Kapitulská 21, 917 01 Trnava proti žalovanému: Ministerstvo pôdohospodárstva a rozvoja vidieka Slovenskej republiky, so sídlom Dobrovičova 12, 812 66 Bratislava, v konaní o preskúmanie zákonnosti rozhodnutia žalovaného č. záznamu 2742/2014 číslo spisu: 70/2014-640 zo dňa 30.1.2014 a rozhodnutia č. 500/863/364/2011 zo dňa 8.11.2013, jednohlasne, takto r o z h o d o l : Krajský súd v Bratislave konanie z a s t a v u j e. Žalovaný je p o v i n n ý nahradiť žalobcom spoločne a nerozdielne trovy konania vo výške 331,68,- € k rukám právneho zástupcu a to do 3 dní od nadobudnutia právoplatnosti tohto rozhodnutia. o d ô v o d n e n i e : Krajskému súdu v Bratislave bola dňa 17.3.2014 doručená žaloba na preskúmanie zákonnosti rozhodnutia žalovaného č. záznamu 2742/2014, číslo spisu: 70/2014-640 zo dňa 30.1.2014, ktorým žalovaný zamietol odvolanie žalobcov a potvrdil rozhodnutie platobnej agentúry č. 500/863/364/2011 zo dňa 8.11.2013 o neschválení poskytnutia podpory formou platby na opatrenie podmienky zvierat na rok 2011. Dňa 20.3.2014 Krajskému súdu v Bratislave bol doručený návrh na prerušenie konania podľa § 250i ods. 4 O.s.p., nakoľko žalobcovia podali podnet zo dňa 14.3.2014 na preskúmanie rozhodnutia žalovaného č. záznamu 2742/2014, číslo spisu: 70/2014-640 zo dňa 30.1.2014 mimo odvolacieho konania. Nakoľko žalobcovia pred podaním žaloby o preskúmanie zákonnosti rozhodnutia žalovaného podali mimoriadny opravný prostriedok - podnet na preskúmanie tohto rozhodnutia mimo odvolacieho konania, súd v zmysle § 250i ods. 4 O.s.p. uznesením č.k. 6S/49/2014 - 31 zo dňa 31.3.2014 konanie prerušil. Podaním zo dňa 16.9.2014 doručeným Krajskému súdu v Bratislave dňa 19.9.2014 žalobcovia zobrali svoju žalobu späť, nakoľko žalovaný rozhodnutím zo dňa 8.7.2014, číslo:2400/2014-420, číslo záznamu: 19193/2014 v konaní mimo odvolacieho konania rozhodol tak, že návrhu žalobcov vyhovel a rozhodnutie Pôdohospodárskej platobnej agentúry č. 500/863/364/2011 zo dňa 8.11.2013 a rozhodnutie Ministerstva pôdohospodárstva a rozvoja vidieka Slovenskej republiky č. 70/2014-640, číslo záznamu: 2742/2014 zo dňa 30.1.2014 zrušil. Uvedené rozhodnutie ministra nadobudlo právoplatnosť dňa 30.7.2014. Žalobcovia sa zároveň domáhali náhrady trov konania vo výške 331,68,- €.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žalobcovia vzali späť žalobu pred rozhodnutím veci, súd v súlade s ustanovením § 250d ods. 3 O.s.p. konanie zastavil. O náhrade trov konania súd rozhodol podľa § 146 ods. 2 O.s.p. s použitím ustanovenia § 246c O.s.p. a priznal žalobcom náhradu trov konania vo výške 331,68,- €. Súd priznal žalobcom náhradu trov konania z toho titulu, že konaním žalovaného po podaní žaloby došlo k odstráneniu napádaného stavu a teda súd má za to, že žaloba bola podaná dôvodne. Krajský súd v Bratislave priznal náhradu trov konania spočívajúcu v náhrade nákladov právneho zastúpenia podľa vyhl. č. 655/2004 Z.z. o odmenách a náhradách advokátov za poskytovanie právnych služieb (ďalej len vyhláška). Súd vychádzal z nasledovných výpočtových základov: Priznané trovy konania podľa uplatnenia právneho zástupcu pozostávajú: 1/ prevzatie zastupovania rok 2014: ......................................................................130,16,- € 2/ vypracovanie podania žaloby rok 2014..............................................................130,16 ,-€ 3/ režijný paušál 2 x 8,04,-€......................................................................................16,08,- € 4/ DPH 20% 5/ Spolu: 260,32,- € + 16,08,- € + 20% DPH = 331,68,- € Krajský súd v Bratislave poukazuje na to, že výpočtový základ pre rok 2014 je vo výške 804,- € a z toho 1/6 je 134,- €. Úkony vyplývajúce zo spisu, ako podanie žaloby a prevzatie zastupovania boli uskutočnené v roku 2014 a teda za tento úkon patrila právnemu zástupcovi žalobcov odmena vo výške 134,- €. Nakoľko si však právny zástupca žalobcov túto položku nesprávne vypočítal a za tieto úkony sa domáhal odmeny vo výške 130,16,- €, súd nemal inú možnosť, ako mu priznať nesprávne vypočítanú položku vo výške 130,16,- € namiesto správne určenej za rok 2014 vo výške 134,- €. Zároveň súd poukazuje na to, že výšku režijného paušálu si právny zástupca uplatnil správne, nakoľko 1/100 výpočtového základu pre rok 2014 je vo výške 8,04,- €. Krajský súd v Bratislave priznal právnemu zástupcovi žalobcov 20 % DPH, nakoľko tento je platcom DPH podľa Osvedčenia o registrácii pre daň z pridanej hodnoty s identifikačným číslom pre daň SK XXXXXXXXXX. Na základe vyššie uvedených skutočností krajský súd rozhodol o náhrade trov konania tak, že žalovaný je povinný zaplatiť žalobcom spoločne a nerozdielne náhradu trov právneho zastúpenia vo výške 331,68,- € a to k rukám právneho zástupcu žalobcov do 3 dní od nadobudnutia právoplatnosti tohto rozhodnutia. Súd poukazuje na ustanovenie § 13 ods. 2 Vyhlášky, ktorý ustanovuje, že základná sadzba tarifnej odmeny sa zníži o 50%, ak ide o spoločné úkony pri zastupovaní dvoch alebo viacerých osôb. Nakoľko by odmena právneho zástupcu násobila počtom žalobcov, t.j. dvomi, súd ustanovenie § 13 ods. 2 Vyhlášky neaplikoval, pretože výška odmeny pre právneho zástupcu by bola v oboch prípadoch rovnaká.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https://www.kauzis.sk/judikatura/r/ECLI:SK:KSBA:2014:1014200402.2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