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9Sp/27/2014 z 22. 6. 2014</w:t>
      </w:r>
    </w:p>
    <w:p>
      <w:r>
        <w:t>Uznesenie Krajského súdu Bratislava z 22. júna 2014, sp. zn. 9Sp/27/2014, ECLI:SK:KSBA:2014:1014200414.1</w:t>
      </w:r>
    </w:p>
    <w:p>
      <w:r>
        <w:t>Súd: Krajský súd Bratislava</w:t>
      </w:r>
    </w:p>
    <w:p>
      <w:r>
        <w:t>Spisová značka: 9Sp/27/2014</w:t>
      </w:r>
    </w:p>
    <w:p>
      <w:r>
        <w:t>ECLI: ECLI:SK:KSBA:2014:1014200414.1</w:t>
      </w:r>
    </w:p>
    <w:p>
      <w:r>
        <w:t>Dátum vydania: 22.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9Sp/27/2014 Identifikačné číslo súdneho spisu: 1014200414 Dátum vydania rozhodnutia: 23. 06. 2014 Meno a priezvisko sudcu, VSÚ: JUDr Janka Richterová ECLI: ECLI:SK:KSBA:2014:1014200414.1 Uznesenie Krajský súd v Bratislave, v právnej veci navrhovateľa: O. U., F.. X.X. XXXX, T. Č. Č.. XXX, proti odporcovi: Centrum právnej pomoci, kancelária Trenčín, so sídlom v Trenčíne, Ul. Hviezdoslavova č. 3, o priznanie nároku na poskytnutie právnej pomoci, takto r o z h o d o l : Súd konanie z a s t a v u j e . Žiaden z účastníkov nemá právo na náhradu trov konania. o d ô v o d n e n i e : Navrhovateľ sa domáhal preskúmania zákonnosti rozhodnutia odporcu zo dňa 28. januára 2014, sp. zn. XXXX/XXXX-P., ktorým mu bol podľa § 14 ods. 1 písm. e/ zák.č. 327/2005 Z.z. odňatý nárok na poskytnutie právnej pomoci v exekučnej veci, vedenej u súdneho exekútora JUDr. S. P., Exekútorský úrad so sídlom v Bratislave, pod sp. zn. XXXXX/XX.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https://www.kauzis.sk/judikatura/r/ECLI:SK:KSBA:2014:1014200414.1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