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5S/54/2014 z 10. 8. 2014</w:t>
      </w:r>
    </w:p>
    <w:p>
      <w:r>
        <w:t>Uznesenie Krajského súdu Bratislava z 10. augusta 2014, sp. zn. 5S/54/2014, ECLI:SK:KSBA:2014:1014200431.2</w:t>
      </w:r>
    </w:p>
    <w:p>
      <w:r>
        <w:t>Súd: Krajský súd Bratislava</w:t>
      </w:r>
    </w:p>
    <w:p>
      <w:r>
        <w:t>Spisová značka: 5S/54/2014</w:t>
      </w:r>
    </w:p>
    <w:p>
      <w:r>
        <w:t>ECLI: ECLI:SK:KSBA:2014:1014200431.2</w:t>
      </w:r>
    </w:p>
    <w:p>
      <w:r>
        <w:t>Dátum vydania: 10. 8.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5S/54/2014 Identifikačné číslo súdneho spisu: 1014200431 Dátum vydania rozhodnutia: 11. 08. 2014 Meno a priezvisko sudcu, VSÚ: Mgr. Helena Marcinkechová ECLI: ECLI:SK:KSBA:2014:1014200431.2 Uznesenie Krajský súd v Bratislave v právnej veci žalobcu: AUTO ROTOS - ROZBORA s.r.o., so sídlom Račianska 184/B, 831 05 Bratislava, IČO: 35 918 519, právne zastúpený: LEGAL &amp; CORP s.r.o., advokátska kancelária so sídlom Gajova 11, 811 09 Bratislava, proti žalovanému: Finančné riaditeľstvo Slovenskej republiky, Lazovná 63, 974 01 Banská Bystrica, o preskúmanie zákonnosti rozhodnutia žalovaného č. 1100302/1/3154/2014/1042 zo dňa 07.01.2014, takto r o z h o d o l : Súd opravuje v záhlaví uznesenia č.k. 5S/54/14-77 zo dňa 16.7.2014 číslo napadnutého rozhodnutia žalovaného tak, že správne číslo napadnutého rozhodnutia je č. 1100302/1/3154/2014/1042. Súd opravuje vo výroku uznesenia č.k. 5S/54/14-77 zo dňa 16.7.2014 dátum vydania napadnutého rozhodnutia žalovaného tak, že toto bolo správne vydané dňa 7.1.2014. o d ô v o d n e n i e : Pri písomnom vyhotovení uznesenia č. k. 5S/54/14-77 zo dňa 16.7.2014 došlo k chybe v písaní, keď v záhlaví uznesenia bolo napadnuté rozhodnutie žalovaného označené číslom 1100302/1/3154/2013/1042 a vo výroku uznesenia bol nesprávne uvedený dátum vydania napadnutého uznesenia.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https://www.kauzis.sk/judikatura/r/ECLI:SK:KSBA:2014:1014200431.2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