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1S/57/2014 z 19. 5. 2014</w:t>
      </w:r>
    </w:p>
    <w:p>
      <w:r>
        <w:t>Uznesenie Krajského súdu Bratislava z 19. mája 2014, sp. zn. 1S/57/2014, ECLI:SK:KSBA:2014:1014200443.1</w:t>
      </w:r>
    </w:p>
    <w:p>
      <w:r>
        <w:t>Súd: Krajský súd Bratislava</w:t>
      </w:r>
    </w:p>
    <w:p>
      <w:r>
        <w:t>Spisová značka: 1S/57/2014</w:t>
      </w:r>
    </w:p>
    <w:p>
      <w:r>
        <w:t>ECLI: ECLI:SK:KSBA:2014:1014200443.1</w:t>
      </w:r>
    </w:p>
    <w:p>
      <w:r>
        <w:t>Dátum vydania: 19. 5.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1S/57/2014 Identifikačné číslo súdneho spisu: 1014200443 Dátum vydania rozhodnutia: 20. 05. 2014 Meno a priezvisko sudcu, VSÚ: JUDr. Monika Valašíková PhD. ECLI: ECLI:SK:KSBA:2014:1014200443.1 Uznesenie Krajský súd v Bratislave v právnej veci žalobcu: AUTO ROTOS- ROZBORA, s.r.o., Račianska 184/B, 831 05 Bratislava, IČO: 35 918 519, zastúpený: LEGAL &amp; CORP, s.r.o., advokátska kancelária, Gajova 11, 811 09 Bratislava, v mene ktorej konajú JUDr. Tomáš Dujčík a JUDr. Rastislav Železník, konatelia a advokáti, proti žalovanému: Finančné riaditeľstvo Slovenskej republiky, Lazovná 63, 974 01 Banská Bystrica, o preskúmanie zákonnosti rozhodnutia žalovaného č. 1100302/1/609435/2013/1042 zo dňa 19.12.2013, takto r o z h o d o l : Krajský súd v Bratislave o d k l a d á vykonateľnosť rozhodnutia žalovaného č. 1100302/1/609435/2013/1042 zo dňa 19.12.2013 v spojení s rozhodnutím Daňového úradu č. 9104405/5/4416023/2013/Sia zo dňa 01.10.2013, a to až do právoplatnosti rozhodnutia súdu vo veci samej. o d ô v o d n e n i e : Žalobca sa žalobou podanou Krajskému súdu v Bratislave dňa 18.03.2014 domáhal preskúmania zákonnosti rozhodnutia žalovaného č. 1100302/1/609435/2013/1042 zo dňa 19.12.2013, ktorým žalovaný nevyhovel odvolaniu žalobcu a potvrdil rozhodnutie Daňového úradu Bratislava č. 9104405/5/4416023/2013/Sia zo dňa 01.10.2013, o vyrubení platiteľovi dane z pridanej hodnoty (žalobcovi) za zdaňovacie obdobie október 2008 rozdiel dane z pridanej hodnoty v sume 30 241,32 eur. Súčasne žalobca podaním zo dňa 18.03.2014 požiadal súd o odklad vykonateľnosti rozhodnutia žalovaného č. 1100302/1/609435/2013/1042 zo dňa 19.12.2013, ako aj rozhodnutia Daňového úradu Bratislava č. 9104405/5/4416023/2013/Sia zo dňa 01.10.2013 z dôvodu, že sa povinnosť zaplatiť vyrubený rozdiel dane z pridanej hodnoty stala exekučne vykonateľnou uplynutím 15- dňovej paričnej lehoty, t. j. dňom 06.02.2014 a okamžitým výkonom rozhodnutia vydaného na základe výsledku daňovej kontroly môže dôjsť k vzniku nároku žalobcu na náhradu škody spôsobenú výkonom verejnej moci v zmysle zákona č. 514/2003 Z.z. o zodpovednosti za škodu spôsobenú pri výkone verejnej moci a o zmene niektorých zákonov. K odôvodneniu žiadosti o odklad vykonateľnosti podľa žalobcu prispievajú aj jeho majetkové a hospodárske pomery, nakoľko nedisponuje dostatočnými finančnými prostriedkami na úhradu celého vyrubeného rozdielu dane a jediným spôsobom úhrady je predaj jeho nehnuteľného majetku. Poukázal na to, že odkladom vykonateľnosti nedôjde k poškodeniu alebo ohrozeniu práv a právom chránených záujmov tretích osôb ani štátu, nakoľko na jeho nehnuteľný majetok bolo vydané predbežné opatrenie o zákaze akéhokoľvek nakladania s týmto majetkom a to až do zaplatenia dane. Žalobca žiadosť o odklad vykonateľnosti v záhlaví identifikovaných rozhodnutí odôvodnil aj tým, že vyrubený rozdiel dane z pridanej hodnoty v rámci celej daňovej kontroly je vzhľadom na jeho výšku pre neho likvidačný, žalobca nemá disponibilné prostriedky na jeho zaplatenie a bez odkladu vykonateľnosti napadnutých rozhodnutí by s najväčšou pravdepodobnosťou mohlo dôjsť k ohrozeniu a aj zrušeniu jeho podnikateľskej činnosti. Podnikateľská činnosť žalobcu je závislá na uplatnení si nároku na vrátenie nadmerného odpočtu dane z pridanej hodnoty, žalobca je riadnym podnikateľom od roku 2005 a plní si svoje povinnosti vrátane daňových. Žalobca v doplnení žalobného návrhu a žiadosti o odklad vykonateľnosti napadnutých rozhodnutí osobne podanom na tunajšom súde dňa 01.04.2014 uviedol, že v súčasnosti zamestnáva 42 zamestnancov, plní si riadne odvodové povinnosti a vzhľadom na disponibilné prostriedky na bankovom účte a charakter jeho podnikateľskej činnosti by okamžitým výkonom napadnutých rozhodnutí mohlo dôjsť k neschopnosti uhrádzať záväzky z pracovnoprávnych pomerov a pracovnoprávnych vzťahov, k prepúšťaniu zamestnancov a v konečnom dôsledku aj k ukončeniu jeho podnikateľskej činnosti. Na záver doplnenia žiadosti poukázal na investície vo výške 210 000,- eur, ktoré vynaložil na rebranding autosalónu zrealizovaný formou prestavby exteriéru aj interiéru. V doplnení žalobného návrhu a žiadosti o odklad vykonateľnosti napadnutých rozhodnutí zo dňa 25.04.2014 žalobca súdu oznámil nové skutočnosti, na základe ktorých žiadal súd o odklad vykonateľnosti napadnutých rozhodnutí. Uviedol, že dňa 14.04.2014 mu bola doručená daňová exekučná výzva a zároveň mu bol zablokovaný účet v banke, ktorý slúži na úhradu všetkých záväzkov súvisiacich s podnikateľskou činnosťou žalobcu vrátane úhrady miezd zamestnancov žalobcu. Podľa § 250c veta druhá O.s.p., na žiadosť účastníka môže predseda senátu uznesením vykonateľnosť rozhodnutia odložiť, ak by okamžitým výkonom napadnutého rozhodnutia hrozila závažná ujma. Súd považoval dôvody, uvedené v žiadosti žalobcu o odklad vykonateľnosti napadnutého rozhodnutia v spojení s prvostupňovým rozhodnutím za opodstatnené, keďže okamžitým výkonom rozhodnutia, zaväzujúceho žalobcu k odvedeniu sumy vo výške 41 610,00 eur by mohlo dôjsť k neschopnosti žalobcu uhrádzať záväzky z pracovnoprávnych vzťahov, k prepúšťaniu zamestnancov, ktorých v súčasnosti zamestnáva 42 a v konečnom dôsledku aj k ukončeniu jeho podnikateľskej činnosti. Žalobcovi by tiež hrozila závažná ujma spočívajúca v nenapraviteľnom zásahu do jeho práv, keďže v rámci výkonu napadnutých rozhodnutí by došlo k predaju jeho majetku a prakticky by mu znemožnilo vykonávanie podnikateľskej činnosti ako takej. Súd zároveň zohľadnil aj skutočnosť, že odkladom vykonateľnosti v záhlaví identifikovaných rozhodnutí nedôjde k poškodeniu alebo k ohrozeniu práv a právom chránených záujmov tretích osôb ani štátu vzhľadom na skutočnosť, že na nehnuteľný majetok žalobcu bolo vydané predbežné opatrenie, ktoré zakazuje žalobcovi akékoľvek nakladanie s týmto majetkom a to až do zaplatenia dane. Tunajší súd preto postupoval v súlade s citovaným zákonným ustanovením a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https://www.kauzis.sk/judikatura/r/ECLI:SK:KSBA:2014:1014200443.1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