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9Sp/29/2014 z 21. 9. 2014</w:t>
      </w:r>
    </w:p>
    <w:p>
      <w:r>
        <w:t>Uznesenie Krajského súdu Bratislava z 21. septembra 2014, sp. zn. 9Sp/29/2014, ECLI:SK:KSBA:2014:1014200478.1</w:t>
      </w:r>
    </w:p>
    <w:p>
      <w:r>
        <w:t>Súd: Krajský súd Bratislava</w:t>
      </w:r>
    </w:p>
    <w:p>
      <w:r>
        <w:t>Spisová značka: 9Sp/29/2014</w:t>
      </w:r>
    </w:p>
    <w:p>
      <w:r>
        <w:t>ECLI: ECLI:SK:KSBA:2014:1014200478.1</w:t>
      </w:r>
    </w:p>
    <w:p>
      <w:r>
        <w:t>Dátum vydania: 21. 9.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9Sp/29/2014 Identifikačné číslo súdneho spisu: 1014200478 Dátum vydania rozhodnutia: 22. 09. 2014 Meno a priezvisko sudcu, VSÚ: JUDr Janka Richterová ECLI: ECLI:SK:KSBA:2014:1014200478.1 Uznesenie Krajský súd v Bratislave, v právnej veci navrhovateľa: X/ P.. P. Č., U. X. Q. J., U. Q. Q. Q. V. B., R.. Š. Č.. X, X/ P.. J. X., Z.. XX.X.XXXX, B. F., R.. Z. Č.. X, zastúpený JUDr. Branislavom Dufalom, advokátom so sídlom v Bratislave, Palisády č. 36, proti odporcovi: 3. disciplinárna komisia GP SR so sídlom v Bratislave, Ul. Štúrova č. 2, o preskúmanie zákonnosti rozhodnutia odporcu zo dňa 16. januára 2014, sp. zn. XV/6 Spr. 3/13, takto r o z h o d o l : Súd konanie z a s t a v u j e . Žiaden z účastníkov nemá právo na náhradu trov konania. o d ô v o d n e n i e : Navrhovatelia 1/ a 2/ sa návrhom, doručeným súdu dňa 25. marca 2014, domáhali preskúmania zákonnosti neprávoplatného rozhodnutia odporcu zo dňa 16. januára 2014, sp. zn. XV/6 Spr. 3/13, ktorým bol navrhovateľ 2/ uznaný vinným zo spáchania disciplinárneho previnenia v zmysle § 188 písm. a/ Zák. č. 154/2001 Z.z. o prokurátoroch a čakateľoch prokuratúry. Na tunajšom súde od 19. februára 2014 prebieha o návrhu navrhovateľa 1/ ďalšie konanie, vedené pod sp. zn. 12 Sp 15/2014, predmetom ktorého je rovnako preskúmanie zákonnosti citovaného neprávoplatného rozhodnutia odporcu. Podľa § 103 O.s.p. kedykoľvek za konania prihliada súd na to, či sú splnené podmienky, za ktorých môže konať vo veci ( podmienky konania ). Podľa § 104 ods. 1 O.s.p. ak ide o taký nedostatok podmienky konania, ktorý nemožno odstrániť, súd konanie zastaví. Podľa § 83 O.s.p. začatie konania bráni tomu, aby o tej istej veci prebiehalo na súde iné konanie. Súd je v ktoromkoľvek štádiu konania povinný skúmať, či sú splnené podmienky, za ktorých môže konať, t. j. či sú splnené procesné podmienky na strane súdu ( právomoc, príslušnosť vecná, funkčná, miestna), účastníkov a ich zástupcov ( napr. spôsobilosť byť účastníkom konania, zástupcom, procesná spôsobilosť), vecné procesné podmienky ( existencia návrhu na začatie konania alebo uznesenia o začatí konania ) a negatívne procesné podmienky, ktoré nesmú byť dané, aby súd mohol vec prejednať a o nej rozhodnúť. Absencia neodstrániteľného nedostatku podmienky konania alebo danosť negatívnej procesnej podmienky má za následok zastavenie konania podľa § 104 ods. 1 O.s.p. Popri prekážke právoplatne rozhodnutej veci ( impedimentum rei iudicatae), súd nemôže vo veci konať a o nej rozhodnúť v prípade prekážky litispendencie, ako procesného následku začatého konania. V zmysle § 83 O.s.p. totiž začatie konania bráni tomu, aby o tej istej veci prebiehalo na súde iné konanie. Totožnosť veci je daná tzv. totožnosťou subjektov a totožnosťou predmetu konania. V správnom súdnictve podľa tretej hlavy piatej časti Občianskeho súdneho poriadku možno pod totožnou ( tou istou ) vecou chápať konanie, predmetom ktorého je preskúmanie zákonnosti toho istého neprávoplatného rozhodnutia správneho orgánu. Za splnenia tejto podmienky - totožnosti predmetu konania, totožnosť účastníkov konania vyplýva z podstaty súdneho prieskumu a priamo z ustanovenia § 250m ods. 3 O.s.p. Vzhľadom na skutočnosť, že na tunajšom súde prebiehajú dve konania podľa tretej hlavy piatej časti O.s.p. o preskúmanie zákonnosti toho istého rozhodnutia odporcu zo dňa 16.1.2014, sp. zn. XV/6 Spr. 3/13, týkajúce sa disciplinárneho previnenia navrhovateľa 2/, súd neskôr začaté konanie pre prekážku litispendencie zastavil podľa § 104 ods. 1 O.s.p. v spojení s § 250l, ods. 2 a 246c, ods.1 O.s.p. O trovách konania súd rozhodol podľa § 146 ods. 1, písm. c/ O.s.p. v spojení s § 250l, ods.2 a 246c, ods.1 O.s.p., keď nezistil okolnosti odôvodňujúce aplikáciu § 250h, ods. 2 O.s.p. Poučenie: Proti tomuto uzneseniu možno podať odvolanie do 15 dní odo dňa jeho doručenia, prostredníctvom procesného súdu na Najvyšší súd Slovenskej republiky v Bratislave.</w:t>
      </w:r>
    </w:p>
    <w:p/>
    <w:p>
      <w:r>
        <w:t>Zdroj: KAUZIS.SK – https://www.kauzis.sk/judikatura/r/ECLI:SK:KSBA:2014:1014200478.1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