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12Sp/30/2014 z 8. 12. 2014</w:t>
      </w:r>
    </w:p>
    <w:p>
      <w:r>
        <w:t>Rozsudok Krajského súdu Bratislava z 8. decembra 2014, sp. zn. 12Sp/30/2014, ECLI:SK:KSBA:2014:1014200519.2</w:t>
      </w:r>
    </w:p>
    <w:p>
      <w:r>
        <w:t>Súd: Krajský súd Bratislava</w:t>
      </w:r>
    </w:p>
    <w:p>
      <w:r>
        <w:t>Spisová značka: 12Sp/30/2014</w:t>
      </w:r>
    </w:p>
    <w:p>
      <w:r>
        <w:t>ECLI: ECLI:SK:KSBA:2014:1014200519.2</w:t>
      </w:r>
    </w:p>
    <w:p>
      <w:r>
        <w:t>Dátum vydania: 8. 12. 2014</w:t>
      </w:r>
    </w:p>
    <w:p>
      <w:r>
        <w:t>Forma: Rozsudok</w:t>
      </w:r>
    </w:p>
    <w:p>
      <w:r>
        <w:t>Oblasť práva: Správne právo</w:t>
      </w:r>
    </w:p>
    <w:p>
      <w:pPr>
        <w:pStyle w:val="Heading2"/>
      </w:pPr>
      <w:r>
        <w:t>Text rozhodnutia</w:t>
      </w:r>
    </w:p>
    <w:p>
      <w:r>
        <w:t>Súd: Krajský súd Bratislava Spisová značka: 12Sp/30/2014 Identifikačné číslo súdneho spisu: 1014200519 Dátum vydania rozhodnutia: 09. 12. 2014 Meno a priezvisko sudcu, VSÚ: Mgr. Marián Degma ECLI: ECLI:SK:KSBA:2014:1014200519.2 ROZSUDOK V MENE SLOVENSKEJ REPUBLIKY Krajský súd v Bratislave v konaní pred samosudcom Mgr. Mariánom Degmom v právnej veci navrhovateľa O.. A. A., bytom S. XX, Z., zast.: Mgr. Branislavom Dufalom, advokátom, sídlo Palisády 36, Bratislava, proti odporcovi 4. Disciplinárna komisia GP SR Bratislava, Štúrova 2, Bratislava, za účasti: Krajská prokuratúra Bratislava, Vajnorská 47, Bratislava, o preskúmanie zákonnosti rozhodnutia odporcu číslo: XV/6 Spr 11/11/1000 - 94 zo dňa 06.02.2014 takto r o z h o d o l : Krajský súd v Bratislave rozhodnutie odporcu číslo: XV/6 Spr 11/11/1000 - 94 zo dňa 06.02.2014 p o t v r d z u j e . Účastníkom súd právo na náhradu trov konania nepriznáva. Navrhovateľ je povinný zaplatiť 35,- eur titulom súdneho poplatku na účet Krajského súdu v Bratislave, Záhradnícka 10, Bratislava, v lehote 15 dní od právoplatnosti rozsudku. o d ô v o d n e n i e : Na Krajský súd v Bratislave bolo dňa 01.04.2014 odporcom doručené odvolanie navrhovateľa zo dňa 13.03.2014, ktorým sa domáhal zrušenia rozhodnutia odporcu číslo: XV/6 Spr 11/11/1000 - 94 vydaného dňa 06.02.2014 a to podľa § 250j ods. 2 písm. b), c), d), e) O.s.p. a vrátenia veci na ďalšie konanie. 1. Vyššie uvedeným rozhodnutím bolo navrhovateľovi uložené disciplinárne opatrenie - zbavenie výkonu funkcie prokurátora a to za spáchanie nasledujúcich skutkov: 1/ dňa 30.07.2011 v čase o 14 42 hod. ako účastník cestnej premávky viedol osobné motorové vozidlo na diaľnici D 1, pričom prekročil najvyššiu povolenú rýchlosť jazdy obmedzenú na 110 km/ h o 49 km/h a najvyššiu povolenú rýchlosť jazdy 90 km/h o 39 km/h a po zastavení a kontrolovaní príslušníkmi Dopravného oddelenia Policajného zboru mu bola pri dychovej skúške elektronickým meracím prístrojom nameraná hodnota 0,86 etanolu na 1 liter vydýchnutého vzduchu a ku kontrole nepredložil platné doklady - vodičský preukaz. 2/ napriek tomu, že od 25.07.2011 do 01.08.2011 mal nariadenú služobnú pohotovosť okresnou prokurátorkou Okresnej prokuratúry Pezinok, v priebehu dňa 30.07.2011 konzumoval vo väčšom množstve v byte v Seredi alkoholické nápoje, pričom pri kontrole príslušníkmi Dopravného oddelenia Policajného zboru v čase o 14 42 hod. mu bola pri dychovej skúške vykonanej elektronickým meracím prístrojom nameraná hodnota 0,86 etanolu na 1 liter vydýchnutého vzduchu. Týmto svojím konaním sa v bode 1/ dopustil konania, ktoré má znaky priestupku podľa zákona č. 372/1990 Zb. tým, že viedol motorové vozidlo v stave vylučujúcom spôsobilosť viesť motorové vozidlo, ktorý si privodil požitím alkoholu a prekročil rýchlosť ustanovenú dopravnou značkou a porušil všeobecne záväzný predpis o bezpečnosti a plynulosti premávky. V bode 2/ dopustil sa disciplinárneho previnenia tým, že nesplnil povinnosť uloženú mu ustanovením § 26 ods. 1 písm. l) zákona č. 154/2001 Z. z., § 26 ods. 1 písm. m) a § 74 písm. a), b) zákona č. 154/2001 Z. z. Potom v bode 1/ podľa § 187 písm. b) zákona o prokuratúrach a právnych čakateľoch prokuratúry ide o konanie, ktoré má znaky priestupku proti bezpečnosti a plynulosti premávky podľa § 22 ods. 1 písm. d),h), k) zákona č. 372/1990 Zb. a v bode 2/ ide o disciplinárne previnenie podľa § 188 písm. a) zákona č. 154/2001 Z. z. Za takéto konanie mu bolo uložené podľa § 189 ods. 1 písm. f) v spojení s § 190 ods. 2 písm. d) zákona č. 154/2001 Z. z. disciplinárne opatrenie - zbavenie výkonu funkcie prokurátora. V odôvodnení predmetného rozhodnutia sa uvádza, že Krajský súd v Bratislave rozsudkom sp zn. 4Sp/6/2012 zo dňa 17.10.2012 potvrdil rozhodnutie 4. disciplinárnej komisie Generálnej prokuratúry SR zo dňa 24.11.2011, ktorým bolo navrhovateľovi uložené za spáchanie vyššie uvedených skutkov disciplinárne opatrenie za použitia § 189 ods. 1 písm. f) a § 190 ods. 2 písm. b) zákona č. 154/2001 Z. z. a to zbavenie výkonu funkcie prokurátora. Zároveň súd zrušil výrok predmetného rozhodnutia o uložení disciplinárneho opatrenia a v tejto časti vec vrátil odporcovi na ďalšie konanie. Predmetný rozsudok Krajského súdu bol v dôsledku odvolania navrhovateľa potvrdený rozsudkom Najvyššieho súdu SR sp. zn. 2Sžo /10/201 zo dňa 20.11.2013. Na ústnom pojednávaní konanom dňa 06.02.2014 boli oba predmetné rozsudky oboznámené, zároveň bolo oboznámené hodnotenie navrhovateľa vypracované krajskou prokurátorkou pre Bratislavu. Odporca ďalej uviedol, že pri úvahe o druhu disciplinárneho opatrenia, ktorý by spravodlivo zohľadňoval konanie navrhovateľa, jeho zavinenie, následok, pohnútku, osobu navrhovateľa a možnosti jeho nápravy vychádzal zo všeobecnej zásady proporcionálnosti, podľa ktorej je disciplinárne opatrenie právnym následkom disciplinárneho previnenia a musí byť mu úmerné. Disciplinárne opatrenie je jedným z prostriedkov na dosiahnutie účelu zákona o prokuratúre a má funkciu pôsobiť preventívne a musí vyjadrovať aj morálne odsúdenie prokurátora. Pri rozhodovaní o disciplinárnom opatrení odporca uviedol, že bral do úvahy rozsah porušených základných povinností uložených zákonom o prokurátoroch, keďže navrhovateľ viedol počas nariadenej služobnej pohotovosti motorové vozidlo v stave vylučujúcom spôsobilosť viesť motorové vozidlo, ktoré si privodil požitím alkoholu, čím porušil povinnosť ktorá mu ukladá zachovávať dôstojnosť pri výkone funkcie prokurátora, chrániť vážnosť vykonávanej funkcie a vystríhať sa všetkého, čo by mohlo spôsobiť ujmu na cti prokurátora. Zároveň zobral do úvahy aj stupeň opilosti navrhovateľa vyjadrení vo výške minimálne 0,86 etanolu na 1 liter vydychovaného vzduchu, čo predstavuje 1,79 - 1,92 promile alkoholu, čo treba považovať za stredný stupeň opilosti. Takéto množstvo alkoholu malo vplyv na rozpoznávacie a ovládacie schopnosti navrhovateľa a to pri plnení jeho služobných povinností ako aj pri vedení motorového vozidla, v dôsledku čoho prekročil maximálne povolenú rýchlosť minimálne o 39 km/h na veľmi frekventovanom úseku diaľnice, čím sa dopustil závažného ohrozujúceho deliktu na úseku dopravy, pri ktorom mohol ohroziť život a zdravie účastníkov cestnej premávky alebo spôsobiť materiálnu škodu. Tým porušil povinnosť ukladajúcu dodržiavať pri výkone funkcie prokurátora pravidlá prokurátorskej etiky a dodržiavať všeobecné právne predpisy, služobné predpisy, pokyny a príkazy vedúcich prokurátorov na zaistenie bezpečnosti a ochrany zdravia. Odporca tiež uviedol, že prihliadal najmä na nariadenú služobnú pohotovosť navrhovateľa, jeho stav opilosti, ktorý mu zabraňoval pohotovosť vykonávať a zároveň to, že tento dôvod navrhovateľ neoznámil nadriadenej prokurátorke. Zároveň prihliadal aj na jeho nekritický postoj k prejednávanej veci v konaní, kde kategoricky popieral zavinenie a svoju ľútosť prejavil až po nadobudnutí právoplatnosti výroku o uznaní viny, čo vyhodnotil ako navrhovateľove účelové a tendenčné konanie. Najprísnejšie disciplinárne opatrenie dané navrhovateľovi odporca aplikoval prihliadajúc na osobu navrhovateľa a možnosť jeho nápravy. Poukázal na jeho služobné hodnotenie zo dňa 13.01.2014, podľa ktorého sa od disciplinárneho rozhodnutia stal zdržanlivý, neistý a nerozhodný, vyžadujúc zvýšenú kontrolnú činnosť. V júni 2012 bolo zistené, že sa v období rokov 2009 - 2012 zúčastňoval počas opakovaných pracovných neschopností poľovačiek a návštev poľovného revíru a to bez vedomia lekárov. Jeho počínanie bolo v rozpore s rešpektovaním základných morálnych hodnôt a mohlo pôsobiť značne demoralizujúco a demotivujúco na pracovné výkony kolegov zastupujúcich navrhovateľa na pracovisku. Taktiež pri ukladaní trestu bolo prihliadnuté na skutočnosť, že daného disciplinárneho previnenia sa dopustil v relatívne krátkej dobe po tom, ako mu bolo uložené písomné napomenutie zo dňa 03.06.2011 za neplnenie povinnosti prokurátora uložených v ustanovení § 26 ods. 1 písm. a) zákona č. 154/2001 Z. z. 2. Voči tomuto rozhodnutiu podal navrhovateľ odvolanie, pričom uviedol, že rozhodnutie odporcu považuje za nezákonné, nerešpektujúce zásadu vyplývajúcu z § 2 ods. 19 Trestného poriadku - zásadu bezprostrednosti zahŕňajúcu v sebe pravidlo nezameniteľnosti zloženia senátu a pravidlo rozhodovania len na základe ústneho prejavu strán a ústne vykonaných dôkazov pri nezmenenom zložení senátu a to s poukazom na § 261 zákona o prokurátoroch a právnych čakateľoch prokuratúry, podľa ktorého sa na disciplinárne konanie primerane vzťahuje Trestný poriadok. Uviedol, že disciplinárneho konania sa do 11.12.2013 zúčastňoval ako predseda 4. disciplinárnej komisie GP SR O.. K. J., ktorý bol z prejednávania a rozhodovania danej veci vylúčený rozhodnutím generálneho prokurátora SR zo dňa 11.12.2013 a zároveň bola rozhodnutím generálneho prokurátora SR za predsedníčku danej disciplinárnej komisie určená O.. K. E. ako prvá náhradníčka, ktorá sa nezúčastnila od začiatku disciplinárneho konania (08.08.2011) až do 11.12.2013 žiadneho z predchádzajúcich ústnych pojednávaní a dokazovaní a zúčastnila sa prejednávania, dokazovania a rozhodovania v predmetnej veci prvýkrát až na ústnom pojednávaní konanom dňa 06.02.2014, na ktorom aj bolo po ukončení dokazovania vyhlásené napadnuté rozhodnutie. Zo zápisnice o ústnom pojednávaní zo dňa 06.02.2014 vyplýva, že na tomto pojednávaní bolo vykonané dokazovanie len v rozsahu oboznámenia nových skutočností vzniknutých po rozhodnutí odporcu zo dňa 24.11.2011 - boli oboznámené rozsudky Krajského súdu v Bratislave, Najvyššieho súdu SR, oboznámené bolo nové pracovné hodnotenie navrhovateľa a oboznámený bol spis Krajskej prokuratúry v Bratislave 1/1 Spr. 124/11. Nová predsedníčka disciplinárnej komisie sa nezúčastnila dokazovania na ústnych pojednávaniach konaných pred 06.02.2014 a zároveň zo zápisnice z pojednávania nevyplýva, že by bolo zopakované predchádzajúce dokazovanie, čo aj len v skrátenom rozsahu dokazovania zopakovaním aspoň tej časti dôkazov, ktoré mali vplyv na rozhodovanie o ukladaní druhu a výmery disciplinárneho opatrenie. Zo zápisnice taktiež nevyplýva, že by sa O.. K. E. aspoň dodatočne oboznámila s dôkazmi vykonanými v predmetnom konaní pred 06.02.2014 majúcimi vplyv na rozhodovanie odporcu o ukladaní druhu a výmery disciplinárneho opatrenie. Ani z napadnutého rozhodnutia nevyplýva, že by odporca po zmene svojho člena vykonal alebo zopakoval akýkoľvek z dôkazov vykonaných ohľadom rozhodovania o uložení druhu a výmery disciplinárneho opatrenie - nebol vypočutý navrhovateľ a svedkovia, neboli oboznámené doterajšie posudky zamestnávateľa ako aj predchádzajúcich zamestnávateľov navrhovateľa, neboli oboznámené prehľady o pracovných výkonoch navrhovateľa, pričom išlo o dôkazy preukazujúce poľahčujúce okolnosti a znižujúce závažnosť konania navrhovateľa pri ukladaní druhu a výmery disciplinárneho opatrenia. Celé predchádzajúce dokazovanie vykonané do 06.02.2014 bolo v napadnutom rozhodnutí odignorované. V správnom konaní odporcu došlo z jeho strany k porušeniu základnej zásady konania - zásady bezprostrednosti a ústnosti, ktorej porušenie spôsobuje nezákonnosť napadnutého rozhodnutia bez ohľadu na výrok rozhodnutia. Preto napadnuté rozhodnutie vychádzalo zo zisteného skutkového stavu, ktorý bol v rozpore s obsahom spisov, skutkový stav bol nedostačujúci na posúdenie veci a zároveň rozhodnutie bolo nepreskúmateľné pre nedostatok dôvodov. Napadnuté rozhodnutie bolo nezákonné, nakoľko trpelo vadou - porušením základnej zásady konania spôsobujúcej bez ohľadu na výrok rozhodnutia a jeho odôvodnenia nezákonnosť rozhodnutia spôsobujúcej zásah do ústavného práva občana na spravodlivý proces v zmysle článku 17 ods. 2 ústavy Slovenskej republiky. Písomným podaním došlým tunajšiemu súdu dňa 05.11.2014 navrhovateľ zaujal stanovisko k vyjadreniu odporcu k jeho podanému odvolaniu s tým, že právny názor vyslovený v rozhodnutí Najvyššieho súdu SR by bolo možné akceptovať v výpade, ak by od vyhlásenia tohto rozhodnutia nedošlo k zmene v zložení disciplinárnej komisie, čo nemohlo byť v tomto rozhodnutí predvídané. Zároveň poukázal na rozpornosť v tvrdení odporcu, ktorým sám z vlastnej iniciatívy vykonal a doplnil dokazovanie v časti rozhodovania o treste a to oboznámením nového služobného hodnotenia navrhovateľa a oboznámením listu Krajskej prokuratúry Bratislava ohľadom iného doposiaľ neprávoplatného disciplinárneho konania vedeného voči navrhovateľovi. Taktiež záver odporcu o tom, že pracovné výkony prokurátora nemajú vplyv na uloženie sankcie je v priamom rozpore s § 191 ods. 1 zákona o prokurátoroch a právnych čakateľoch prokuratúry a preto ignorovanie a nehodnotenie poľahčujúcich okolností pri ukladaní disciplinárneho opatrenia je samostatným dôvodom na zrušenie napadnutého rozhodnutia pre jeho nezákonnosť a nepreskúmateľnosť. Zároveň napadol aj tú skutočnosť, že O.. K. E. v predmetnej veci v čase disciplinárneho konania vykonávala činnosť predsedu 4. disciplinárnej komisie Generálnej prokuratúry SR nelegitímne, nakoľko v administratívnom spise sa nachádza originál listu zo dňa 11.12.2013 opatrený originálnym podpisom generálneho prokurátora SR, ktorým bola menovaná za predsedníčku 3. disciplinárnej komisie. Preto sa možno domnievať, že doposiaľ nebola zákonne a platne menovaná za predsedníčku 4. disciplinárnej komisie GP SR. 3. K podanému odvolaniu navrhovateľa sa vyjadril odporca prostredníctvom svojej predsedníčky O.. K. E. s tým, že pokladá uložené disciplinárne opatrenie za primerané. Poukázal na záväzný právny názor Najvyššieho súdu SR vyslovený v jeho rozhodnutí v tom zmysle, že správny orgán (odporca) sa v novom konaní nemusí zaoberať preukazovaním disciplinárneho previnenia, pokiaľ ho už raz zákonne preukázal a v novom konaní rozhodne len o disciplinárnom opatrení. V ďalšom konaní neprináležalo odporcovi vykonať vo veci ďalšie dokazovanie, nakoľko mu bolo uložené, aby svoje rozhodnutie v časti uloženého disciplinárneho opatrenia za spáchaný priestupok a disciplinárne previnenie zákonným a náležitým spôsobom odôvodnil tak, aby bolo zjavne akými úvahami sa riadil pri jeho uložení. K požiadavke navrhovateľa o vypočutie svedkov ako aj k tomu, že neboli oboznámené listinné dôkazy uviedol, že rozhodnutie v časti o vine navrhovateľa bolo právoplatne skončené. Preto nebolo potrebné vo veci vypočuť navrhovateľa a ani svedkov, nebolo potrebné sa oboznamovať z listinami - prehľadmi zaťaženosti a pracovných výkonov navrhovateľa, nakoľko tieto skutočnosti nemali vplyv na uloženie sankcie a odporca pri ukladaní sankcie na ne neprihliadal (tieto skutočnosti sa berú do úvahy v prípade disciplinárneho previnenia za prieťahy v konaní, prípadne pri pochybení prokurátorov pri vybavovaní pridelenej agendy). Vo vyjadrení bolo uvedené, že predsedníčka komisie podrobne oboznámila na ústnom pojednávaní rozsudok Krajského súdu v Bratislave, ako aj Najvyššieho súdu SR a zároveň sa podrobne oboznámila s kompletným písomným materiálom jej predtým doručeným. 4. Krajský súd v Bratislave ako súd miestne a vecne príslušný prejednal predmetnú vec na nariadenom pojednávaní, preskúmal napadnuté rozhodnutie ako aj postup, ktorý jeho vydaniu predchádzal a to v rozsahu a dôvodov uvedených v opravnom prostriedku navrhovateľa a dospel k záveru, že napadnuté rozhodnutie odporcu je v súlade so zákonom, je vecne správne, riadne odôvodnené a podané odvolanie voči nemu nie je dôvodné. Súd sa pred rozhodnutím vo veci podrobne oboznámil s obsahom pripojeného administratívneho spisu odporcu ako aj obsahom spisu tunajšieho súdu sp. zn. 4Sp/6/2012, z ktorých vyplýva, že dňa 08.08.2011 bol podaný Krajskou prokuratúrou v Bratislave voči navrhovateľovi návrh na začatie disciplinárneho konania za spáchanie priestupku proti bezpečnosti a plynulosti cestnej premávky podľa § 22 ods. 1 písm. d), h), k) zákona o priestupkoch a dňa 08.08.2011 bol podaný druhý návrh na začatie disciplinárneho konania voči navrhovateľovi za neplnenie povinností uložených mu v ustanovení § 26 ods. 1 písm. l), k), m) a § 74 písm. a), d) zákona o prokurátoroch a právnych čakateľoch prokuratúry. Po vykonanom dokazovaní pred 4. disciplinárnou komisiou GP bolo dňa 24.11.2011 prijaté rozhodnutie, ktorým bol navrhovateľ uznaný vinným v oboch bodoch disciplinárneho návrhu za čo mu bolo uložené disciplinárne opatrenie - zbavenie výkonu funkcie prokurátora. Voči tomuto rozhodnutiu podal navrhovateľ v zákonnej lehote odvolanie a to tak v časti výroku o uznaní viny ako aj v časti výroku o uložení disciplinárneho opatrenia. V dôsledku tohto podaného odvolania o veci rozhodoval Krajský súd Bratislave, ktorý dňa 17.10.2012 vyniesol rozsudok (sp. zn. 4Sp/6/2012), ktorým potvrdil napadnuté rozhodnutie odporcu v časti vo výroku o uznaní viny navrhovateľa zo spáchania priestupku a disciplinárneho previnenia a zároveň, zrušil napadnuté rozhodnutie v časti výroku o uložení disciplinárneho opatrenia podľa § 250j ods. 2 písm. d) O.s.p. a vec vrátil odporcovi na ďalšie konanie. Vo veci následne v dôsledku podaného odvolania navrhovateľom rozhodol Najvyšší súd Slovenskej republiky rozsudkom sp. zn. 2Sžo/10/2013 zo dňa 20.11.2013 a to tak, že napadnutý rozsudok Krajského súdu v Bratislave potvrdil v časti výroku o uznaní viny navrhovateľa zo spáchania priestupku a disciplinárneho previnenia. Ako vyplýva z odôvodnenia vyššie uvedených rozsudkov (Krajského súdu Bratislave, Najvyššieho súdu v Slovenskej republiky) navrhovateľ bol uznaný vinným zo spáchania priestupku a disciplinárneho previnenia, pričom napadnuté rozhodnutie odporcu bolo zrušené v časti výroku o uložení disciplinárneho opatrenia navrhovateľovi a to z dôvodu jeho nepreskúmateľnosti, nakoľko uloženie disciplinárneho opatrenia odporca nijako neodôvodnil. V tejto časti bola vec zrušená a vrátená odporcovi na ďalšie konanie s tým, že jeho úlohou bude vec opätovne prejednať v časti uloženia disciplinárneho opatrenia a svoje rozhodnutie zákonným a náležitým spôsobom odôvodniť tak, ak by z odôvodnenia uloženia disciplinárneho opatrenia bolo zjavné, akými úvahami sa pri jeho uložení odporca riadil. Po vrátení veci odporcovi došlo dňa 11.12.2013 k vylúčeniu predsedu 4. disciplinárnej komisie Generálnej prokuratúry SR O.. K. J.Č. z prejednania a rozhodovania v danej veci vzhľadom na jeho dlhodobú práceneschopnosť. Týmto istým dňom bola namiesto neho za predsedníčku disciplinárnej komisie Generálnej prokuratúry SR ako prvá z počtu náhradníkov určená O.. K. E., pričom v spise sú založené dve listiny podpísané generálnym prokurátorom Slovenskej republiky, pričom v prvopise sa uvádza, že O.. K. E. je určená za predsedníčku 3. disciplinárnej komisie a kópia tejto listiny je opravená - uvedenie predsedníčky 4. disciplinárnej komisie. Dňa 13.01.2014 bolo vypracované Krajskou prokuratúrou v Bratislave hodnotenie navrhovateľa. Dňa 06.02.2014 sa uskutočnilo ústne pojednávanie v danej veci za prítomnosti všetkých členov 4. disciplinárnej komisie, splnomocneného zástupcu Krajskej prokuratúry v Bratislave, navrhovateľa a jeho právneho zástupcu. Z obsahu zápisnice vyplýva, že predsedníčka komisie prítomných oboznámila s rozsudkami Najvyššieho súdu Slovenskej republiky a Krajského súdu v Bratislave, hodnotenia navrhovateľa krajskou prokurátorkou Bratislave vypracované na základe podkladov okresnej prokurátorky Pezinok, ktoré navrhovateľ zobral na vedomie, oboznámil sa spis Krajskej prokuratúry v Bratislave 1/1Spr. 124/11 o prebiehajúcom disciplinárnom konaní voči navrhovateľovi. Po vyjadrení zástupcu Krajskej prokuratúry v Bratislave, právneho zástupcu navrhovateľa a navrhovateľa bolo vyhlásené napadnuté rozhodnutie. Na súdnom pojednávaní prítomný právny zástupca navrhovateľa uviedol, že napadnuté rozhodnutie pokladá za nezákonné z hľadiska porušenia procesného dokazovania, ako aj zloženia disciplinárneho senátu a z toho vyplývajúcich následných vád a porušení zákona. Zástupkyňa odporcu navrhla odvolanie navrhovateľa zamietnuť s poukazom na písomné vyjadrenie odporcu k nemu. Zástupkyňa účastníka konania sa s napadnutým rozhodnutím ako aj písomným vyjadrením odporcu k odvolaniu navrhovateľa stotožnila. K písomnostiam ohľadom určenia novej predsedníčky 4. disciplinárnej komisie uviedla, že išlo zrejme o pisársku chybu a táto vada nebola spôsobilá mať vplyv na zákonnosť napadnutého rozhodnutia. 5. Podľa § 244 ods.1,2,3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22 ods. 1 písm. d), h), k) zákona č. 372/1990 Zb. Priestupku proti bezpečnosti a plynulosti cestnej premávky sa dopustí ten, kto d) vedie motorové vozidlo v stave vylučujúcom spôsobilosť viesť motorové vozidlo, ktorý si privodil požitím alkoholu, h) ako vodič motorového vozidla prekročí rýchlosť ustanovenú v osobitnom predpise3c) alebo prekročí rýchlosť ustanovenú dopravnou značkou alebo dopravným zariadením v obci o 20 km.h-1 a viac alebo mimo obce o 30 km.h-1 a viac , k) iným konaním, ako sa uvádza v písmenách a) až k), poruší všeobecne záväzný právny predpis o bezpečnosti a plynulosti cestnej premávky. Podľa § 26 ods. 1 písm. l), m) zákona o prokurátoroch, prokurátor je povinný l) zachovávať dôstojnosť pri výkone funkcie prokurátora, chrániť vážnosť vykonávanej funkcie a vystrihať sa všetkého, čo by mohlo spôsobiť ujmu na cti prokurátora alebo oslabiť dôveru v jeho nestrannosť, m) dodržiavať pri výkone svojej funkcie pravidlá prokurátorskej etiky. Podľa § 74 písm. a), b) zákona o prokurátoroch prokurátor je povinný a) dodržiavať pri ich výkone svojich funkcie všeobecne záväzné právne predpisy, služobné predpisy, pokyny a príkazy vedúcich prokurátorov na zaistenie bezpečnosti a ochrany zdravia b) nepoužívať alkoholické nápoje ani iné návykové látky pred začiatkom služobného dňa a počas služobného dňa. Podľa § 187 písm. a), b) zákona o prokurátoroch prokurátor je disciplinárne zodpovedný za a) disciplinárne previnenie b) konanie, ktoré má znaky priestupku podľa osobitného zákona, a konanie, ktoré môže byť postihnuté sankciami podľa osobitného zákona. Podľa § 188 písm. a) zákona o prokurátoroch disciplinárnym previnením je zavinené nesplnenie alebo porušenie povinností prokurátora. Podľa § s 189 ods. 1 zákona o prokurátoroch za disciplinárne previnenie sa za podmienok ustanovených týmto zákonom uloží prokurátorovi niektoré z týchto disciplinárnych opatrení: a) napomenutie, b) písomné pokarhanie, c) zníženie základného platu až po 15 % najviac na 3 mesiace, pri opätovnom disciplinárnom previnení, ktorého sa prokurátor dopustil v čase pred zahladením disciplinárneho opatrenia, najviac na 6 mesiacov, d) odvolanie z funkcie vedúceho prokurátora vrátane generálneho prokurátora, e) preloženie na inú prokuratúru toho istého stupňa alebo na prokuratúru nižšieho stupňa, ak ide o prokuratúra Úradu špeciálnej prokuratúry, preloženie na iný organizačný útvar generálnej prokuratúry alebo na prokuratúru nižšieho stupňa, f) zbavenie výkonu funkcie prokurátora. Podľa § 191 ods. 1 zákona o prokurátoroch pri ukladaní disciplinárnych opatrení sa prihliada na závažnosť disciplinárneho previnenia alebo konania uvedeného v § 187 písm. b), spôsobené následky, mieru a formu zavinenia, na okolnosti prípadu, doterajšie správanie a plnenie služobných povinností prokurátora. Podľa § 216 zákona o prokurátoroch ak tento zákon ustanovuje inak, na disciplinárne konanie sa primerane vzťahuje osobitný zákon (Trestný poriadok). Podľa § 2 ods. 19 Trestného poriadku pri rozhodovaní na hlavnom pojednávaní, na verejnom zasadnutí alebo na neverejnom zasadnutí sa smie prihliadnuť len na tie dôkazy, ktoré boli v tomto konaní vykonané, ak zákon neustanovuje inak. Podľa § 168 ods. 1 Trestného poriadku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6. Predmetom súdneho prieskumu bolo preskúmať zákonnosť napadnutého rozhodnutia ako aj postupu odporcu pri jeho prijímaní v rozsahu a dôvodov uvedených v odvolaní navrhovateľa zo dňa 13.03.2014. Súd uvádza, že na námietky uvedené v písomnom podaní navrhovateľa došlom tunajšiemu súdu dňa 05.11.2014 nemohol prihliadnuť, keďže boli vznesené po uplynutí zákonnej lehoty na podanie opravného prostriedku a to v zmysle § 250h ods. 1 O.s.p. Rozšíriť rozsah a dôvody preskúmavaného rozhodnutia je totiž možné len do času, kedy je možné voči rozhodnutiu podať opravný prostriedok, čo v danom prípade bolo do 14.03.2014. Súd však k námietke navrhovateľa o nelegitímnosť predsedníčky 4. disciplinárnej komisie GP SR O.. K. E. uvádza, že z obsahu listín podpísaných generálnym prokurátorom Slovenskej republiky zo dňa 11.12.2013 (nachádzajúcich sa v jeho spise) je nadovšetku pochybnosť zrejmé, že došlo k vylúčeniu dovtedajšieho predsedu 4. disciplinárnej komisie O.. K. J. a namiesto neho bola menovaná za predsedníčku tejto disciplinárnej komisie O.. K. E., pričom na prvopise tejto listiny (menovaní O.. E.) došlo k zrejmej chybe v písaní, kde bolo mylne uvedené jej určenie za predsedníčku 3. disciplinárnej komisie. Táto skutočnosť predstavuje chybu v písaní, ktorá však nemôže mať žiaden vplyv na zákonnosť napadnutého rozhodnutia ako aj postupu odporcu. K jednotlivým námietkam vznesených v odvolaní navrhovateľa zo dňa 13.03.2014 súd uvádza, že ich nepovažuje za dôvodné a zaujíma nasledovné. Námietka existencie vady majúcej vplyv na zákonnosť rozhodnutia spočívajúca v porušení zásady bezprostrednosti a ústnosti (základnej zásady trestného konania) a následnej rozpornosti konania odporcu v tom, že na ústnom pojednávaní zo dňa 06.02.2014 vykonal dokazovanie avšak len v rozsahu oboznámenia nových skutočností súd uvádza, že Trestný poriadok sa na disciplinárne konanie vzťahuje primerane. To znamená, že nie je potrebné všetky princípy zakotvené v Trestnom poriadku na disciplinárne konanie aplikovať neobmedzene a striktne bez možnosti ich voľnej interpretácie. Súd konštatuje, že ústne pojednávanie konané 06.02.2014 bolo uskutočnené plne v súlade s trestným poriadkom (§ 204 a nasl.) a v potrebnom rozsahu. Zo zápisnice vyplýva zistenie prítomnosti všetkých zúčastnených strán, oboznámenie prítomných z dôkazmi - obsahmi rozsudkov Krajského súdu v Bratislave a Najvyššieho súdu Slovenskej republiky, hodnotením navrhovateľa vypracovaného Krajskou prokuratúrou v Bratislave dňa 13.01.2014, existenciou iného disciplinárneho konania voči navrhovateľovi. Účastníci konania sa k veci mali možnosť riadne vyjadriť, čo aj využili. Z dovtedajšieho konania vyplývalo, že po vrátení veci odporcovi bude tento povinný vec prejednať a to v časti uloženého disciplinárneho opatrenia a svoje rozhodnutie náležitým spôsobom odôvodniť. Podľa presvedčenia súdu tým, že odporca na ústnom pojednávaní uskutočnil dokazovanie vo vyššie uvedenom rozsahu nedošlo k porušeniu zásady bezprostrednosti a ústnosti a teda nedošlo v konaní a postupe odporcu k vade majúcej vplyv na zákonnosť napadnutého rozhodnutia. Ohľadom námietky nedostatočne zisteného skutkového stavu veci ako aj toho, že napadnuté rozhodnutie vychádzalo zo skutkového stavu, ktorý bol v rozpore s obsahom spisov súd uvádza, že k vydaniu rozhodnutia predchádzalo zistenie skutkového stavu veci v potrebnom rozsahu a toto vyplynulo z odôvodnenia rozsudkov (Krajského súdu v Bratislave a Najvyššieho súdu Slovenskej republike), z obsahu ktorých jednoznačne vyplynula vina navrhovateľa zo spáchania priestupku a disciplinárneho previnenia. Pri ukladaní disciplinárneho opatrenia odporca potom prichádzala vychádzal zo závažnosti disciplinárneho previnenia a spáchaného priestupku ku okolností prípadu a zároveň prihliadol aj na doterajšie správanie a plnenie služobných povinností navrhovateľom ktorej vyplynulo za pracovného hodnotenia navrhovateľa zo dňa 13.01.2014. Podľa názoru súdu takto zistený skutkový stav bol jednak v súlade s obsahom spisu a zároveň bol dostatočného rozsahu na podanie obrazu tak o disciplinárnom previnení, priestupku ako aj o osobe navrhovateľa. Podľa súdu zisťovanie skutkového stavu výsluchom navrhovateľa, ktorý bol na ústnom pojednávaní dňa 06.02.2014 prítomný a k veci sa vyjadril, uvádzaným výsluchom svedkov (bližšie neuvedených) ako aj oboznámením doterajších posudkov zamestnávateľa a predchádzajúcich zamestnávateľov navrhovateľa pri vydávanom napadnutom rozhodnutí nebolo potrebné. Vzhľadom na skutky, za ktoré bolo navrhovateľovi disciplinárne opatrenie uložené uvádzanie posudkov predchádzajúcich zamestnávateľov navrhovateľa nemohlo mať naň žiaden vplyv, nakoľko nemali žiaden súvis s okolnosťami spáchaného disciplinárneho previnenia a priestupku navrhovateľom. Predchádzajúce pracovné hodnotenie navrhovateľa zo dňa 12.09.2011 podané jeho nadriadeným bolo negatívne tak, ako ohodnotenie zo dňa 13.01.2014 (v hodnotení sa uvádza priemerná až nižšia úroveň kvality prokurátorského dozoru, na čo bol upozornený okresnou prokurátorkou v zázname z previerky výkonu prokurátorského dozoru z 31.03.2010, okresná prokurátorka v Pezinku vydala dňa 25.03.2011 pokyn navrhovateľovi vypracovať prehľad o výkone jeho prokurátorskej činnosti v čase plnenia služobných povinností mimo objekt Okresnej prokuratúry Pezinok, v priebehu roku 2011 boli voči navrhovateľovi podané 4 návrhy na začatie disciplinárneho konania). Dôkazy o pracovných výkonoch navrhovateľa sú obsiahnuté v podanom pracovnom hodnotení, ktoré bolo odporcom pri rozhodovaní zohľadnené. K námietke navrhovateľa o nepreskúmateľnosti napadnutého rozhodnutia pre nedostatok dôvodov je potrebné uviesť, že z obsahu napadnutého rozhodnutia vyplýva, že odporca pri ukladaní druhu a výmery disciplinárneho opatrenia prihliadol na všetky zákonné okolností vyplývajúce z § 191 ods. 1 zákona o prokuratúre a tieto aj náležitým spôsobom vyhodnotil. Z odôvodnenia rozhodnutia je zrejmé, že odporca pri ukladaní disciplinárneho opatrenia prihliadol a náležite vyhodnotil závažnosť navrhovateľovho disciplinárneho previnenia, spôsobené následky, mieru a formu zavinenia ako aj okolností prípadu. Taktiež prihliadol na doterajšie správanie navrhovateľa ako aj plnenie jeho služobných povinností a tieto skutočnosti náležitým spôsobom v napadnutom rozhodnutí uviedol. Odporca rozhodnutie o uložení disciplinárneho opatrenia dostatočným spôsobom odôvodnil z hľadiska uvedenia skutočností, ktoré považoval za dokázané, uviedol dôkazy, o ktoré svoje skutkové zistenia opieral a zároveň uviedol úvahy akými sa spravoval pri hodnotení dôkazov. Napadnuté rozhodnutie zrozumiteľným spôsobom uvádza prečo práve uložené disciplinárne opatrenie je voči navrhovateľovi adekvátne z hľadiska spáchania dopravného priestupku a disciplinárneho previnenia, ktorých sa navrhovateľ dopustil. Súd uvádza, že požívanie alkoholických nápojov v danom rozsahu počas pracovnej služby prokurátora je bezpochyby závažným porušením povinností. V prípade ak sa k takémuto disciplinárnemu previneniu pridruží spáchanie dopravného priestupku ako to bolo v danom prípade a vzhľadom na pracovné hodnotenie navrhovateľa vypracované jeho nadriadeným ako aj existencia ďalšieho aj keď nie právoplatne skončeného disciplinárneho konania je bezpochyby dôvodom na prijaté disciplinárne opatrenie. Súd záverom musí konštatovať, že odvolaním napadnuté rozhodnutie odporcu, ktoré bolo predmetom súdneho prieskumu považuje za vecne správne, náležite odôvodnené s uvedením úvah, ktorými bol odporca vedený pri hodnotení dôkazov, obsahujúce úvahu pri použití právnych predpisov, na základe ktorých vo veci rozhodol a preto ho podľa § 250q ods. 2 O.s.p. potvrdil. O náhrade trov konania rozhodol súd podľa § 250k ods. 1 O.s.p. v súlade s § 250l ods. 2 O.s.p. a vo veci neúspešnému navrhovateľovi náhradu trov konania nepriznal, odporcovi v správnom súdnictve právo na náhradu trov konania zásadne neprináleží. Účastník konania si náhradu trov konania neuplatnil, žiadne mu ani nevznikli. Nakoľko navrhovateľ nebol v konaní úspešný, stal sa poplatníkom v zmysle § 2 ods.4 zákona č. 71/1992 Zb., podľa ktorého poplatníkom je tiež ten, kto podal opravný prostriedok proti rozhodnutiu správneho orgánu a v konaní nebol úspešný. V danom prípade nie je navrhovateľ osobne oslobodený do platenia súdneho poplatku (ani predmetné konanie nie je vecne oslobodené) a preto súd mu uložil povinnosť zaplatiť súdny poplatok - 35€ podľa položky 10 písm. b) sadzobníka súdnych poplatkov - prílohy zák. č. 71/1992 Zb. na účet konajúceho súdu. Poučenie: Na Krajský súd v Bratislave bolo dňa 01.04.2014 odporcom doručené odvolanie navrhovateľa zo dňa 13.03.2014, ktorým sa domáhal zrušenia rozhodnutia odporcu číslo: XV/6 Spr 11/11/1000 - 94 vydaného dňa 06.02.2014 a to podľa § 250j ods. 2 písm. b), c), d), e) O.s.p. a vrátenia veci na ďalšie konanie. 1. Vyššie uvedeným rozhodnutím bolo navrhovateľovi uložené disciplinárne opatrenie - zbavenie výkonu funkcie prokurátora a to za spáchanie nasledujúcich skutkov: 1/ dňa 30.07.2011 v čase o 14 42 hod. ako účastník cestnej premávky viedol osobné motorové vozidlo na diaľnici D 1, pričom prekročil najvyššiu povolenú rýchlosť jazdy obmedzenú na 110 km/ h o 49 km/h a najvyššiu povolenú rýchlosť jazdy 90 km/h o 39 km/h a po zastavení a kontrolovaní príslušníkmi Dopravného oddelenia Policajného zboru mu bola pri dychovej skúške elektronickým meracím prístrojom nameraná hodnota 0,86 etanolu na 1 liter vydýchnutého vzduchu a ku kontrole nepredložil platné doklady - vodičský preukaz. 2/ napriek tomu, že od 25.07.2011 do 01.08.2011 mal nariadenú služobnú pohotovosť okresnou prokurátorkou Okresnej prokuratúry Pezinok, v priebehu dňa 30.07.2011 konzumoval vo väčšom množstve v byte v Seredi alkoholické nápoje, pričom pri kontrole príslušníkmi Dopravného oddelenia Policajného zboru v čase o 14 42 hod. mu bola pri dychovej skúške vykonanej elektronickým meracím prístrojom nameraná hodnota 0,86 etanolu na 1 liter vydýchnutého vzduchu. Týmto svojím konaním sa v bode 1/ dopustil konania, ktoré má znaky priestupku podľa zákona č. 372/1990 Zb. tým, že viedol motorové vozidlo v stave vylučujúcom spôsobilosť viesť motorové vozidlo, ktorý si privodil požitím alkoholu a prekročil rýchlosť ustanovenú dopravnou značkou a porušil všeobecne záväzný predpis o bezpečnosti a plynulosti premávky. V bode 2/ dopustil sa disciplinárneho previnenia tým, že nesplnil povinnosť uloženú mu ustanovením § 26 ods. 1 písm. l) zákona č. 154/2001 Z. z., § 26 ods. 1 písm. m) a § 74 písm. a), b) zákona č. 154/2001 Z. z. Potom v bode 1/ podľa § 187 písm. b) zákona o prokuratúrach a právnych čakateľoch prokuratúry ide o konanie, ktoré má znaky priestupku proti bezpečnosti a plynulosti premávky podľa § 22 ods. 1 písm. d),h), k) zákona č. 372/1990 Zb. a v bode 2/ ide o disciplinárne previnenie podľa § 188 písm. a) zákona č. 154/2001 Z. z. Za takéto konanie mu bolo uložené podľa § 189 ods. 1 písm. f) v spojení s § 190 ods. 2 písm. d) zákona č. 154/2001 Z. z. disciplinárne opatrenie - zbavenie výkonu funkcie prokurátora. V odôvodnení predmetného rozhodnutia sa uvádza, že Krajský súd v Bratislave rozsudkom sp zn. 4Sp/6/2012 zo dňa 17.10.2012 potvrdil rozhodnutie 4. disciplinárnej komisie Generálnej prokuratúry SR zo dňa 24.11.2011, ktorým bolo navrhovateľovi uložené za spáchanie vyššie uvedených skutkov disciplinárne opatrenie za použitia § 189 ods. 1 písm. f) a § 190 ods. 2 písm. b) zákona č. 154/2001 Z. z. a to zbavenie výkonu funkcie prokurátora. Zároveň súd zrušil výrok predmetného rozhodnutia o uložení disciplinárneho opatrenia a v tejto časti vec vrátil odporcovi na ďalšie konanie. Predmetný rozsudok Krajského súdu bol v dôsledku odvolania navrhovateľa potvrdený rozsudkom Najvyššieho súdu SR sp. zn. 2Sžo /10/201 zo dňa 20.11.2013. Na ústnom pojednávaní konanom dňa 06.02.2014 boli oba predmetné rozsudky oboznámené, zároveň bolo oboznámené hodnotenie navrhovateľa vypracované krajskou prokurátorkou pre Bratislavu. Odporca ďalej uviedol, že pri úvahe o druhu disciplinárneho opatrenia, ktorý by spravodlivo zohľadňoval konanie navrhovateľa, jeho zavinenie, následok, pohnútku, osobu navrhovateľa a možnosti jeho nápravy vychádzal zo všeobecnej zásady proporcionálnosti, podľa ktorej je disciplinárne opatrenie právnym následkom disciplinárneho previnenia a musí byť mu úmerné. Disciplinárne opatrenie je jedným z prostriedkov na dosiahnutie účelu zákona o prokuratúre a má funkciu pôsobiť preventívne a musí vyjadrovať aj morálne odsúdenie prokurátora. Pri rozhodovaní o disciplinárnom opatrení odporca uviedol, že bral do úvahy rozsah porušených základných povinností uložených zákonom o prokurátoroch, keďže navrhovateľ viedol počas nariadenej služobnej pohotovosti motorové vozidlo v stave vylučujúcom spôsobilosť viesť motorové vozidlo, ktoré si privodil požitím alkoholu, čím porušil povinnosť ktorá mu ukladá zachovávať dôstojnosť pri výkone funkcie prokurátora, chrániť vážnosť vykonávanej funkcie a vystríhať sa všetkého, čo by mohlo spôsobiť ujmu na cti prokurátora. Zároveň zobral do úvahy aj stupeň opilosti navrhovateľa vyjadrení vo výške minimálne 0,86 etanolu na 1 liter vydychovaného vzduchu, čo predstavuje 1,79 - 1,92 promile alkoholu, čo treba považovať za stredný stupeň opilosti. Takéto množstvo alkoholu malo vplyv na rozpoznávacie a ovládacie schopnosti navrhovateľa a to pri plnení jeho služobných povinností ako aj pri vedení motorového vozidla, v dôsledku čoho prekročil maximálne povolenú rýchlosť minimálne o 39 km/h na veľmi frekventovanom úseku diaľnice, čím sa dopustil závažného ohrozujúceho deliktu na úseku dopravy, pri ktorom mohol ohroziť život a zdravie účastníkov cestnej premávky alebo spôsobiť materiálnu škodu. Tým porušil povinnosť ukladajúcu dodržiavať pri výkone funkcie prokurátora pravidlá prokurátorskej etiky a dodržiavať všeobecné právne predpisy, služobné predpisy, pokyny a príkazy vedúcich prokurátorov na zaistenie bezpečnosti a ochrany zdravia. Odporca tiež uviedol, že prihliadal najmä na nariadenú služobnú pohotovosť navrhovateľa, jeho stav opilosti, ktorý mu zabraňoval pohotovosť vykonávať a zároveň to, že tento dôvod navrhovateľ neoznámil nadriadenej prokurátorke. Zároveň prihliadal aj na jeho nekritický postoj k prejednávanej veci v konaní, kde kategoricky popieral zavinenie a svoju ľútosť prejavil až po nadobudnutí právoplatnosti výroku o uznaní viny, čo vyhodnotil ako navrhovateľove účelové a tendenčné konanie. Najprísnejšie disciplinárne opatrenie dané navrhovateľovi odporca aplikoval prihliadajúc na osobu navrhovateľa a možnosť jeho nápravy. Poukázal na jeho služobné hodnotenie zo dňa 13.01.2014, podľa ktorého sa od disciplinárneho rozhodnutia stal zdržanlivý, neistý a nerozhodný, vyžadujúc zvýšenú kontrolnú činnosť. V júni 2012 bolo zistené, že sa v období rokov 2009 - 2012 zúčastňoval počas opakovaných pracovných neschopností poľovačiek a návštev poľovného revíru a to bez vedomia lekárov. Jeho počínanie bolo v rozpore s rešpektovaním základných morálnych hodnôt a mohlo pôsobiť značne demoralizujúco a demotivujúco na pracovné výkony kolegov zastupujúcich navrhovateľa na pracovisku. Taktiež pri ukladaní trestu bolo prihliadnuté na skutočnosť, že daného disciplinárneho previnenia sa dopustil v relatívne krátkej dobe po tom, ako mu bolo uložené písomné napomenutie zo dňa 03.06.2011 za neplnenie povinnosti prokurátora uložených v ustanovení § 26 ods. 1 písm. a) zákona č. 154/2001 Z. z. 2. Voči tomuto rozhodnutiu podal navrhovateľ odvolanie, pričom uviedol, že rozhodnutie odporcu považuje za nezákonné, nerešpektujúce zásadu vyplývajúcu z § 2 ods. 19 Trestného poriadku - zásadu bezprostrednosti zahŕňajúcu v sebe pravidlo nezameniteľnosti zloženia senátu a pravidlo rozhodovania len na základe ústneho prejavu strán a ústne vykonaných dôkazov pri nezmenenom zložení senátu a to s poukazom na § 261 zákona o prokurátoroch a právnych čakateľoch prokuratúry, podľa ktorého sa na disciplinárne konanie primerane vzťahuje Trestný poriadok. Uviedol, že disciplinárneho konania sa do 11.12.2013 zúčastňoval ako predseda 4. disciplinárnej komisie GP SR JUDr. Vladimír Tamaškovič, ktorý bol z prejednávania a rozhodovania danej veci vylúčený rozhodnutím generálneho prokurátora SR zo dňa 11.12.2013 a zároveň bola rozhodnutím generálneho prokurátora SR za predsedníčku danej disciplinárnej komisie určená JUDr. Viera Niňajová ako prvá náhradníčka, ktorá sa nezúčastnila od začiatku disciplinárneho konania (08.08.2011) až do 11.12.2013 žiadneho z predchádzajúcich ústnych pojednávaní a dokazovaní a zúčastnila sa prejednávania, dokazovania a rozhodovania v predmetnej veci prvýkrát až na ústnom pojednávaní konanom dňa 06.02.2014, na ktorom aj bolo po ukončení dokazovania vyhlásené napadnuté rozhodnutie. Zo zápisnice o ústnom pojednávaní zo dňa 06.02.2014 vyplýva, že na tomto pojednávaní bolo vykonané dokazovanie len v rozsahu oboznámenia nových skutočností vzniknutých po rozhodnutí odporcu zo dňa 24.11.2011 - boli oboznámené rozsudky Krajského súdu v Bratislave, Najvyššieho súdu SR, oboznámené bolo nové pracovné hodnotenie navrhovateľa a oboznámený bol spis Krajskej prokuratúry v Bratislave 1/1 Spr. 124/11. Nová predsedníčka disciplinárnej komisie sa nezúčastnila dokazovania na ústnych pojednávaniach konaných pred 06.02.2014 a zároveň zo zápisnice z pojednávania nevyplýva, že by bolo zopakované predchádzajúce dokazovanie, čo aj len v skrátenom rozsahu dokazovania zopakovaním aspoň tej časti dôkazov, ktoré mali vplyv na rozhodovanie o ukladaní druhu a výmery disciplinárneho opatrenie. Zo zápisnice taktiež nevyplýva, že by sa JUDr. Viera Niňajová aspoň dodatočne oboznámila s dôkazmi vykonanými v predmetnom konaní pred 06.02.2014 majúcimi vplyv na rozhodovanie odporcu o ukladaní druhu a výmery disciplinárneho opatrenie. Ani z napadnutého rozhodnutia nevyplýva, že by odporca po zmene svojho člena vykonal alebo zopakoval akýkoľvek z dôkazov vykonaných ohľadom rozhodovania o uložení druhu a výmery disciplinárneho opatrenie - nebol vypočutý navrhovateľ a svedkovia, neboli oboznámené doterajšie posudky zamestnávateľa ako aj predchádzajúcich zamestnávateľov navrhovateľa, neboli oboznámené prehľady o pracovných výkonoch navrhovateľa, pričom išlo o dôkazy preukazujúce poľahčujúce okolnosti a znižujúce závažnosť konania navrhovateľa pri ukladaní druhu a výmery disciplinárneho opatrenia. Celé predchádzajúce dokazovanie vykonané do 06.02.2014 bolo v napadnutom rozhodnutí odignorované. V správnom konaní odporcu došlo z jeho strany k porušeniu základnej zásady konania - zásady bezprostrednosti a ústnosti, ktorej porušenie spôsobuje nezákonnosť napadnutého rozhodnutia bez ohľadu na výrok rozhodnutia. Preto napadnuté rozhodnutie vychádzalo zo zisteného skutkového stavu, ktorý bol v rozpore s obsahom spisov, skutkový stav bol nedostačujúci na posúdenie veci a zároveň rozhodnutie bolo nepreskúmateľné pre nedostatok dôvodov. Napadnuté rozhodnutie bolo nezákonné, nakoľko trpelo vadou - porušením základnej zásady konania spôsobujúcej bez ohľadu na výrok rozhodnutia a jeho odôvodnenia nezákonnosť rozhodnutia spôsobujúcej zásah do ústavného práva občana na spravodlivý proces v zmysle článku 17 ods. 2 ústavy Slovenskej republiky. Písomným podaním došlým tunajšiemu súdu dňa 05.11.2014 navrhovateľ zaujal stanovisko k vyjadreniu odporcu k jeho podanému odvolaniu s tým, že právny názor vyslovený v rozhodnutí Najvyššieho súdu SR by bolo možné akceptovať v výpade, ak by od vyhlásenia tohto rozhodnutia nedošlo k zmene v zložení disciplinárnej komisie, čo nemohlo byť v tomto rozhodnutí predvídané. Zároveň poukázal na rozpornosť v tvrdení odporcu, ktorým sám z vlastnej iniciatívy vykonal a doplnil dokazovanie v časti rozhodovania o treste a to oboznámením nového služobného hodnotenia navrhovateľa a oboznámením listu Krajskej prokuratúry Bratislava ohľadom iného doposiaľ neprávoplatného disciplinárneho konania vedeného voči navrhovateľovi. Taktiež záver odporcu o tom, že pracovné výkony prokurátora nemajú vplyv na uloženie sankcie je v priamom rozpore s § 191 ods. 1 zákona o prokurátoroch a právnych čakateľoch prokuratúry a preto ignorovanie a nehodnotenie poľahčujúcich okolností pri ukladaní disciplinárneho opatrenia je samostatným dôvodom na zrušenie napadnutého rozhodnutia pre jeho nezákonnosť a nepreskúmateľnosť. Zároveň napadol aj tú skutočnosť, že JUDr. Viera Niňajová v predmetnej veci v čase disciplinárneho konania vykonávala činnosť predsedu 4. disciplinárnej komisie Generálnej prokuratúry SR nelegitímne, nakoľko v administratívnom spise sa nachádza originál listu zo dňa 11.12.2013 opatrený originálnym podpisom generálneho prokurátora SR, ktorým bola menovaná za predsedníčku 3. disciplinárnej komisie. Preto sa možno domnievať, že doposiaľ nebola zákonne a platne menovaná za predsedníčku 4. disciplinárnej komisie GP SR. 3. K podanému odvolaniu navrhovateľa sa vyjadril odporca prostredníctvom svojej predsedníčky JUDr. Viery Niňajovej s tým, že pokladá uložené disciplinárne opatrenie za primerané. Poukázal na záväzný právny názor Najvyššieho súdu SR vyslovený v jeho rozhodnutí v tom zmysle, že správny orgán (odporca) sa v novom konaní nemusí zaoberať preukazovaním disciplinárneho previnenia, pokiaľ ho už raz zákonne preukázal a v novom konaní rozhodne len o disciplinárnom opatrení. V ďalšom konaní neprináležalo odporcovi vykonať vo veci ďalšie dokazovanie, nakoľko mu bolo uložené, aby svoje rozhodnutie v časti uloženého disciplinárneho opatrenia za spáchaný priestupok a disciplinárne previnenie zákonným a náležitým spôsobom odôvodnil tak, aby bolo zjavne akými úvahami sa riadil pri jeho uložení. K požiadavke navrhovateľa o vypočutie svedkov ako aj k tomu, že neboli oboznámené listinné dôkazy uviedol, že rozhodnutie v časti o vine navrhovateľa bolo právoplatne skončené. Preto nebolo potrebné vo veci vypočuť navrhovateľa a ani svedkov, nebolo potrebné sa oboznamovať z listinami - prehľadmi zaťaženosti a pracovných výkonov navrhovateľa, nakoľko tieto skutočnosti nemali vplyv na uloženie sankcie a odporca pri ukladaní sankcie na ne neprihliadal (tieto skutočnosti sa berú do úvahy v prípade disciplinárneho previnenia za prieťahy v konaní, prípadne pri pochybení prokurátorov pri vybavovaní pridelenej agendy). Vo vyjadrení bolo uvedené, že predsedníčka komisie podrobne oboznámila na ústnom pojednávaní rozsudok Krajského súdu v Bratislave, ako aj Najvyššieho súdu SR a zároveň sa podrobne oboznámila s kompletným písomným materiálom jej predtým doručeným. 4. Krajský súd v Bratislave ako súd miestne a vecne príslušný prejednal predmetnú vec na nariadenom pojednávaní, preskúmal napadnuté rozhodnutie ako aj postup, ktorý jeho vydaniu predchádzal a to v rozsahu a dôvodov uvedených v opravnom prostriedku navrhovateľa a dospel k záveru, že napadnuté rozhodnutie odporcu je v súlade so zákonom, je vecne správne, riadne odôvodnené a podané odvolanie voči nemu nie je dôvodné. Súd sa pred rozhodnutím vo veci podrobne oboznámil s obsahom pripojeného administratívneho spisu odporcu ako aj obsahom spisu tunajšieho súdu sp. zn. 4Sp/6/2012, z ktorých vyplýva, že dňa 08.08.2011 bol podaný Krajskou prokuratúrou v Bratislave voči navrhovateľovi návrh na začatie disciplinárneho konania za spáchanie priestupku proti bezpečnosti a plynulosti cestnej premávky podľa § 22 ods. 1 písm. d), h), k) zákona o priestupkoch a dňa 08.08.2011 bol podaný druhý návrh na začatie disciplinárneho konania voči navrhovateľovi za neplnenie povinností uložených mu v ustanovení § 26 ods. 1 písm. l), k), m) a § 74 písm. a), d) zákona o prokurátoroch a právnych čakateľoch prokuratúry. Po vykonanom dokazovaní pred 4. disciplinárnou komisiou GP bolo dňa 24.11.2011 prijaté rozhodnutie, ktorým bol navrhovateľ uznaný vinným v oboch bodoch disciplinárneho návrhu za čo mu bolo uložené disciplinárne opatrenie - zbavenie výkonu funkcie prokurátora. Voči tomuto rozhodnutiu podal navrhovateľ v zákonnej lehote odvolanie a to tak v časti výroku o uznaní viny ako aj v časti výroku o uložení disciplinárneho opatrenia. V dôsledku tohto podaného odvolania o veci rozhodoval Krajský súd Bratislave, ktorý dňa 17.10.2012 vyniesol rozsudok (sp. zn. 4Sp/6/2012), ktorým potvrdil napadnuté rozhodnutie odporcu v časti vo výroku o uznaní viny navrhovateľa zo spáchania priestupku a disciplinárneho previnenia a zároveň, zrušil napadnuté rozhodnutie v časti výroku o uložení disciplinárneho opatrenia podľa § 250j ods. 2 písm. d) O.s.p. a vec vrátil odporcovi na ďalšie konanie. Vo veci následne v dôsledku podaného odvolania navrhovateľom rozhodol Najvyšší súd Slovenskej republiky rozsudkom sp. zn. 2Sžo/10/2013 zo dňa 20.11.2013 a to tak, že napadnutý rozsudok Krajského súdu v Bratislave potvrdil v časti výroku o uznaní viny navrhovateľa zo spáchania priestupku a disciplinárneho previnenia. Ako vyplýva z odôvodnenia vyššie uvedených rozsudkov (Krajského súdu Bratislave, Najvyššieho súdu v Slovenskej republiky) navrhovateľ bol uznaný vinným zo spáchania priestupku a disciplinárneho previnenia, pričom napadnuté rozhodnutie odporcu bolo zrušené v časti výroku o uložení disciplinárneho opatrenia navrhovateľovi a to z dôvodu jeho nepreskúmateľnosti, nakoľko uloženie disciplinárneho opatrenia odporca nijako neodôvodnil. V tejto časti bola vec zrušená a vrátená odporcovi na ďalšie konanie s tým, že jeho úlohou bude vec opätovne prejednať v časti uloženia disciplinárneho opatrenia a svoje rozhodnutie zákonným a náležitým spôsobom odôvodniť tak, ak by z odôvodnenia uloženia disciplinárneho opatrenia bolo zjavné, akými úvahami sa pri jeho uložení odporca riadil. Po vrátení veci odporcovi došlo dňa 11.12.2013 k vylúčeniu predsedu 4. disciplinárnej komisie Generálnej prokuratúry SR JUDr. Vladimíra Tamaškoviča z prejednania a rozhodovania v danej veci vzhľadom na jeho dlhodobú práceneschopnosť. Týmto istým dňom bola namiesto neho za predsedníčku disciplinárnej komisie Generálnej prokuratúry SR ako prvá z počtu náhradníkov určená JUDr. Viera Niňajová, pričom v spise sú založené dve listiny podpísané generálnym prokurátorom Slovenskej republiky, pričom v prvopise sa uvádza, že JUDr. Viera Niňajová je určená za predsedníčku 3. disciplinárnej komisii a kópia tejto listine je opravená - uvedenie predsedníčky 4. disciplinárnej komisie. Dňa 13.01.2014 bolo vypracované Krajskou prokuratúrou v Bratislave hodnotenie navrhovateľa. Dňa 06.02.2014 sa uskutočnilo ústne pojednávanie v danej veci za prítomnosti všetkých členov 4. disciplinárnej komisie, splnomocneného zástupcu Krajskej prokuratúry v Bratislave, navrhovateľa a jeho právneho zástupcu. Z obsahu zápisnice vyplýva, že predsedníčka komisie prítomných oboznámila s rozsudkami Najvyššieho súdu Slovenskej republiky a Krajského súdu v Bratislave, hodnotenia navrhovateľa krajskou prokurátorkou Bratislave vypracované na základe podkladov okresnej prokurátorky Pezinok, ktoré navrhovateľ zobral na vedomie, oboznámil sa spis Krajskej prokuratúry v Bratislave 1/1Spr. 124/11 o prebiehajúcom disciplinárnom konaní voči navrhovateľovi. Po vyjadrení zástupcu Krajskej prokuratúry v Bratislave, právneho zástupcu navrhovateľa a navrhovateľa bolo vyhlásené napadnuté rozhodnutie. Na súdnom pojednávaní prítomný právny zástupca navrhovateľa uviedol, že napadnuté rozhodnutie pokladá za nezákonné z hľadiska porušenia procesného dokazovania, ako aj zloženia disciplinárneho senátu a z toho vyplývajúcich následných vád a porušení zákona. Zástupkyňa odporcu navrhla odvolanie navrhovateľa zamietnuť s poukazom na písomné vyjadrenie odporcu k nemu. Zástupkyňa účastníka konania sa s napadnutým rozhodnutím ako aj písomným vyjadrením odporcu k odvolaniu navrhovateľa stotožnila. K písomnostiam ohľadom určenia novej predsedníčky 4. disciplinárnej komisie uviedla, že išlo zrejme o pisársku chybu a táto vada nebola spôsobilá mať vplyv na zákonnosť napadnutého rozhodnutia. 5. Podľa § 244 ods.1,2,3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22 ods. 1 písm. d), h), k) zákona č. 372/1990 Zb. Priestupku proti bezpečnosti a plynulosti cestnej premávky sa dopustí ten, kto d) vedie motorové vozidlo v stave vylučujúcom spôsobilosť viesť motorové vozidlo, ktorý si privodil požitím alkoholu, h) ako vodič motorového vozidla prekročí rýchlosť ustanovenú v osobitnom predpise3c) alebo prekročí rýchlosť ustanovenú dopravnou značkou alebo dopravným zariadením v obci o 20 km.h-1 a viac alebo mimo obce o 30 km.h-1 a viac , k) iným konaním, ako sa uvádza v písmenách a) až k), poruší všeobecne záväzný právny predpis o bezpečnosti a plynulosti cestnej premávky. Podľa § 26 ods. 1 písm. l), m) zákona o prokurátoroch, prokurátor je povinný l) zachovávať dôstojnosť pri výkone funkcie prokurátora, chrániť vážnosť vykonávanej funkcie a vystrihať sa všetkého, čo by mohlo spôsobiť ujmu na cti prokurátora alebo oslabiť dôveru v jeho nestrannosť, m) dodržiavať pri výkone svojej funkcie pravidlá prokurátorskej etiky. Podľa § 74 písm. a), b) zákona o prokurátoroch prokurátor je povinný a) dodržiavať pri ich výkone svojich funkcie všeobecne záväzné právne predpisy, služobné predpisy, pokyny a príkazy vedúcich prokurátorov na zaistenie bezpečnosti a ochrany zdravia b) nepoužívať alkoholické nápoje ani iné návykové látky pred začiatkom služobného dňa a počas služobného dňa. Podľa § 187 písm. a), b) zákona o prokurátoroch prokurátor je disciplinárne zodpovedný za a) disciplinárne previnenie b) konanie, ktoré má znaky priestupku podľa osobitného zákona, a konanie, ktoré môže byť postihnuté sankciami podľa osobitného zákona. Podľa § 188 písm. a) zákona o prokurátoroch disciplinárnym previnením je zavinené nesplnenie alebo porušenie povinností prokurátora. Podľa § s 189 ods. 1 zákona o prokurátoroch za disciplinárne previnenie sa za podmienok ustanovených týmto zákonom uloží prokurátorovi niektoré z týchto disciplinárnych opatrení: a) napomenutie, b) písomné pokarhanie, c) zníženie základného platu až po 15 % najviac na 3 mesiace, pri opätovnom disciplinárnom previnení, ktorého sa prokurátor dopustil v čase pred zahladením disciplinárneho opatrenia, najviac na 6 mesiacov, d) odvolanie z funkcie vedúceho prokurátora vrátane generálneho prokurátora, e) preloženie na inú prokuratúru toho istého stupňa alebo na prokuratúru nižšieho stupňa, ak ide o prokuratúra Úradu špeciálnej prokuratúry, preloženie na iný organizačný útvar generálnej prokuratúry alebo na prokuratúru nižšieho stupňa, f) zbavenie výkonu funkcie prokurátora. Podľa § 191 ods. 1 zákona o prokurátoroch pri ukladaní disciplinárnych opatrení sa prihliada na závažnosť disciplinárneho previnenia alebo konania uvedeného v § 187 písm. b), spôsobené následky, mieru a formu zavinenia, na okolnosti prípadu, doterajšie správanie a plnenie služobných povinností prokurátora. Podľa § 216 zákona o prokurátoroch ak tento zákon ustanovuje inak, na disciplinárne konanie sa primerane vzťahuje osobitný zákon (Trestný poriadok). Podľa § 2 ods. 19 Trestného poriadku pri rozhodovaní na hlavnom pojednávaní, na verejnom zasadnutí alebo na neverejnom zasadnutí sa smie prihliadnuť len na tie dôkazy, ktoré boli v tomto konaní vykonané, ak zákon neustanovuje inak. Podľa § 168 ods. 1 Trestného poriadku ak rozsudok obsahuje odôvodnenie, súd v ňom stručne uvedie, ktoré skutočnosti vzal za dokázané, o ktoré dôkazy svoje skutkové zistenia opiera a akými úvahami sa spravoval pri hodnotení vykonaných dôkazov, najmä ak si navzájom odporujú. Z odôvodnenia musí byť zrejmé, ako sa súd vyrovnal s obhajobou, prečo nevyhovel návrhom na vykonanie ďalších dôkazov a akými právnymi úvahami sa spravoval, keď posudzoval dokázané skutočnosti podľa príslušných ustanovení zákona v otázke viny a trestu. Ak rozsudok obsahuje ďalšie výroky, treba odôvodniť aj tieto výroky. 6. Predmetom súdneho prieskumu bolo preskúmať zákonnosť napadnutého rozhodnutia ako aj postupu odporcu pri jeho prijímaní v rozsahu a dôvodov uvedených v odvolaní navrhovateľa zo dňa 13.03.2014. Súd uvádza, že na námietky uvedené v písomnom podaní navrhovateľa došlom tunajšiemu súdu dňa 05.11.2014 nemohol prihliadnuť, keďže boli vznesené po uplynutí zákonnej lehoty na podanie opravného prostriedku a to v zmysle § 250h ods. 1 O.s.p. Rozšíriť rozsah a dôvody preskúmavaného rozhodnutia je totiž možné len do času, kedy je možné voči rozhodnutiu podať opravný prostriedok, čo v danom prípade bolo do 14.03.2014. Súd však k námietke navrhovateľa o nelegitímnosť predsedníčky 4. disciplinárnej komisie GP SR JUDr. Viery Niňajovej uvádza, že z obsahu listín podpísaných generálnym prokurátorom Slovenskej republiky zo dňa 11.12.2013 (nachádzajúcich sa v jeho spise) je nadovšetku pochybnosť zrejmé, že došlo k vylúčeniu dovtedajšieho predsedu 4. disciplinárnej komisie JUDr. Vladimíra Tamaškoviča a namiesto neho bola menovaná za predsedníčku tejto disciplinárnej komisie JUDr. Viera Niňajová, pričom na prvopise tejto listiny (menovaní JUDr. Niňajovej) došlo k zrejmej chybe v písaní, kde bolo mylne uvedené jej určenie za predsedníčku 3. disciplinárnej komisie. Táto skutočnosť predstavuje chybu v písaní, ktorá však nemôže mať žiaden vplyv na zákonnosť napadnutého rozhodnutia ako aj postupu odporcu. K jednotlivým námietkam vznesených v odvolaní navrhovateľa zo dňa 13.03.2014 súd uvádza, že ich nepovažuje za dôvodné a zaujíma nasledovné. Námietka existencie vady majúcej vplyv na zákonnosť rozhodnutia spočívajúca v porušení zásady bezprostrednosti a ústnosti (základnej zásady trestného konania) a následnej rozpornosti konania odporcu v tom, že na ústnom pojednávaní zo dňa 06.02.2014 vykonal dokazovanie avšak len v rozsahu oboznámenia nových skutočností súd uvádza, že Trestný poriadok sa na disciplinárne konanie vzťahuje primerane. To znamená, že nie je potrebné všetky princípy zakotvené v Trestnom poriadku na disciplinárne konanie aplikovať neobmedzene a striktne bez možnosti ich voľnej interpretácie. Súd konštatuje, že ústne pojednávanie konané 06.02.2014 bolo uskutočnené plne v súlade s trestným poriadkom (§ 204 a nasl.) a v potrebnom rozsahu. Zo zápisnice vyplýva zistenie prítomnosti všetkých zúčastnených strán, oboznámenie prítomných z dôkazmi - obsahmi rozsudkov Krajského súdu v Bratislave a Najvyššieho súdu Slovenskej republiky, hodnotením navrhovateľa vypracovaného Krajskou prokuratúrou v Bratislave dňa 13.01.2014, existenciou iného disciplinárneho konania voči navrhovateľovi. Účastníci konania sa k veci mali možnosť riadne vyjadriť, čo aj využili. Z dovtedajšieho konania vyplývalo, že po vrátení veci odporcovi bude tento povinný vec prejednať a to v časti uloženého disciplinárneho opatrenia a svoje rozhodnutie náležitým spôsobom odôvodniť. Podľa presvedčenia súdu tým, že odporca na ústnom pojednávaní uskutočnil dokazovanie vo vyššie uvedenom rozsahu nedošlo k porušeniu zásady bezprostrednosti a ústnosti a teda nedošlo v konaní a postupe odporcu k vade majúcej vplyv na zákonnosť napadnutého rozhodnutia. Ohľadom námietky nedostatočne zisteného skutkového stavu veci ako aj toho, že napadnuté rozhodnutie vychádzalo zo skutkového stavu, ktorý bol v rozpore s obsahom spisov súd uvádza, že k vydaniu rozhodnutia predchádzalo zistenie skutkového stavu veci v potrebnom rozsahu a toto vyplynulo z odôvodnenia rozsudkov (Krajského súdu v Bratislave a Najvyššieho súdu Slovenskej republike), z obsahu ktorých jednoznačne vyplynula vina navrhovateľa zo spáchania priestupku a disciplinárneho previnenia. Pri ukladaní disciplinárneho opatrenia odporca potom prichádzala vychádzal zo závažnosti disciplinárneho previnenia a spáchaného priestupku ku okolností prípadu a zároveň prihliadol aj na doterajšie správanie a plnenie služobných povinností navrhovateľom ktorej vyplynulo za pracovného hodnotenia navrhovateľa zo dňa 13.01.2014. Podľa názoru súdu takto zistený skutkový stav bol jednak v súlade s obsahom spisu a zároveň bol dostatočného rozsahu na podanie obrazu tak o disciplinárnom previnení, priestupku ako aj o osobe navrhovateľa. Podľa súdu zisťovanie skutkového stavu výsluchom navrhovateľa, ktorý bol na ústnom pojednávaní dňa 06.02.2014 prítomný a k veci sa vyjadril, uvádzaným výsluchom svedkov (bližšie neuvedených) ako aj oboznámením doterajších posudkov zamestnávateľa a predchádzajúcich zamestnávateľov navrhovateľa pri vydávanom napadnutom rozhodnutí nebolo potrebné. Vzhľadom na skutky, za ktoré bolo navrhovateľovi disciplinárne opatrenie uložené uvádzanie posudkov predchádzajúcich zamestnávateľov navrhovateľa nemohlo mať naň žiaden vplyv, nakoľko nemali žiaden súvis s okolnosťami spáchaného disciplinárneho previnenia a priestupku navrhovateľom. Predchádzajúce pracovné hodnotenie navrhovateľa zo dňa 12.09.2011 podané jeho nadriadeným bolo negatívne tak, ako ohodnotenie zo dňa 13.01.2014 (v hodnotení sa uvádza priemerná až nižšia úroveň kvality prokurátorského dozoru, na čo bol upozornený okresnou prokurátorkou v zázname z previerky výkonu prokurátorského dozoru z 31.03.2010, okresná prokurátorka v Pezinku vydala dňa 25.03.2011 pokyn navrhovateľovi vypracovať prehľad o výkone jeho prokurátorskej činnosti v čase plnenia služobných povinností mimo objekt Okresnej prokuratúry Pezinok, v priebehu roku 2011 boli voči navrhovateľovi podané 4 návrhy na začatie disciplinárneho konania). Dôkazy o pracovných výkonoch navrhovateľa sú obsiahnuté v podanom pracovnom hodnotení, ktoré bolo odporcom pri rozhodovaní zohľadnené. K námietke navrhovateľa o nepreskúmateľnosti napadnutého rozhodnutia pre nedostatok dôvodov je potrebné uviesť, že z obsahu napadnutého rozhodnutia vyplýva, že odporca pri ukladaní druhu a výmery disciplinárneho opatrenia prihliadol na všetky zákonné okolností vyplývajúce z § 191 ods. 1 zákona o prokuratúre a tieto aj náležitým spôsobom vyhodnotil. Z odôvodnenia rozhodnutia je zrejmé, že odporca pri ukladaní disciplinárneho opatrenia prihliadol a náležite vyhodnotil závažnosť navrhovateľovho disciplinárneho previnenia, spôsobené následky, mieru a formu zavinenia ako aj okolností prípadu. Taktiež prihliadol na doterajšie správanie navrhovateľa ako aj plnenie jeho služobných povinností a tieto skutočnosti náležitým spôsobom v napadnutom rozhodnutí uviedol. Odporca rozhodnutie o uložení disciplinárneho opatrenia dostatočným spôsobom odôvodnil z hľadiska uvedenia skutočností, ktoré považoval za dokázané, uviedol dôkazy, o ktoré svoje skutkové zistenia opieral a zároveň uviedol úvahy akými sa spravoval pri hodnotení dôkazov. Napadnuté rozhodnutie zrozumiteľným spôsobom uvádza prečo práve uložené disciplinárne opatrenie je voči navrhovateľovi adekvátne z hľadiska spáchania dopravného priestupku a disciplinárneho previnenia, ktorých sa navrhovateľ dopustil. Súd uvádza, že požívanie alkoholických nápojov v danom rozsahu počas pracovnej služby prokurátora je bezpochyby závažným porušením povinností. V prípade ak sa k takémuto disciplinárnemu previneniu pridruží spáchanie dopravného priestupku ako to bolo v danom prípade a vzhľadom na pracovné hodnotenie navrhovateľa vypracované jeho nadriadeným ako aj existencia ďalšieho aj keď nie právoplatne skončeného disciplinárneho konania je bezpochyby dôvodom na prijaté disciplinárne opatrenie. Súd záverom musí konštatovať, že odvolaním napadnuté rozhodnutie odporcu, ktoré bolo predmetom súdneho prieskumu považuje za vecne správne, náležite odôvodnené s uvedením úvah, ktorými bol odporca vedený pri hodnotení dôkazov, obsahujúce úvahu pri použití právnych predpisov, na základe ktorých vo veci rozhodol a preto ho podľa § 250q ods. 2 O.s.p. potvrdil. O náhrade trov konania rozhodol súd podľa § 250k ods. 1 O.s.p. v súlade s § 250l ods. 2 O.s.p. a vo veci neúspešnému navrhovateľovi náhradu trov konania nepriznal, odporcovi v správnom súdnictve právo na náhradu trov konania zásadne neprináleží. Účastník konania si náhradu trov konania neuplatnil, žiadne mu ani nevznikli. Nakoľko navrhovateľ nebol v konaní úspešný, stal sa poplatníkom v zmysle § 2 ods.4 zákona č. 71/1992 Zb., podľa ktorého poplatníkom je tiež ten, kto podal opravný prostriedok proti rozhodnutiu správneho orgánu a v konaní nebol úspešný. V danom prípade nie je navrhovateľ osobne oslobodený do platenia súdneho poplatku (ani predmetné konanie nie je vecne oslobodené) a preto súd mu uložil povinnosť zaplatiť súdny poplatok - 35€ podľa položky 10 písm. b) sadzobníka súdnych poplatkov - prílohy zák. č. 71/1992 Zb. na účet konajúceho súdu.</w:t>
      </w:r>
    </w:p>
    <w:p/>
    <w:p>
      <w:r>
        <w:t>Zdroj: KAUZIS.SK – https://www.kauzis.sk/judikatura/r/ECLI:SK:KSBA:2014:1014200519.2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