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10Sd/50/2014 z 13. 11. 2014</w:t>
      </w:r>
    </w:p>
    <w:p>
      <w:r>
        <w:t>Uznesenie Krajského súdu Bratislava z 13. novembra 2014, sp. zn. 10Sd/50/2014, ECLI:SK:KSBA:2014:1014200541.1</w:t>
      </w:r>
    </w:p>
    <w:p>
      <w:r>
        <w:t>Súd: Krajský súd Bratislava</w:t>
      </w:r>
    </w:p>
    <w:p>
      <w:r>
        <w:t>Spisová značka: 10Sd/50/2014</w:t>
      </w:r>
    </w:p>
    <w:p>
      <w:r>
        <w:t>ECLI: ECLI:SK:KSBA:2014:1014200541.1</w:t>
      </w:r>
    </w:p>
    <w:p>
      <w:r>
        <w:t>Dátum vydania: 13.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10Sd/50/2014 Identifikačné číslo súdneho spisu: 1014200541 Dátum vydania rozhodnutia: 14. 11. 2014 Meno a priezvisko sudcu, VSÚ: JUDr Janka Richterová ECLI: ECLI:SK:KSBA:2014:1014200541.1 Uznesenie Krajský súd v Bratislave, v právnej veci navrhovateľky: G. O., K.. XX.X.XXXX, O. O., T.. Č. Č.. XX, proti odporkyni: Sociálna poisťovňa, ústredie, so sídlom v Bratislave, Ul. 29. augusta č. 8, o invalidný dôchodok, takto r o z h o d o l : r o z h o d o l : Súd konanie z a s t a v u j e . Žiaden z účastníkov nemá právo na náhradu trov konania. o d ô v o d n e n i e : Navrhovateľka sa domáhala preskúmania zákonnosti rozhodnutia odporkyne zo dňa 18. októbra 2013, W.. G..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https://www.kauzis.sk/judikatura/r/ECLI:SK:KSBA:2014:1014200541.1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