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1S/73/2014 z 3. 9. 2014</w:t>
      </w:r>
    </w:p>
    <w:p>
      <w:r>
        <w:t>Uznesenie Krajského súdu Bratislava z 3. septembra 2014, sp. zn. 1S/73/2014, ECLI:SK:KSBA:2014:1014200546.2</w:t>
      </w:r>
    </w:p>
    <w:p>
      <w:r>
        <w:t>Súd: Krajský súd Bratislava</w:t>
      </w:r>
    </w:p>
    <w:p>
      <w:r>
        <w:t>Spisová značka: 1S/73/2014</w:t>
      </w:r>
    </w:p>
    <w:p>
      <w:r>
        <w:t>ECLI: ECLI:SK:KSBA:2014:1014200546.2</w:t>
      </w:r>
    </w:p>
    <w:p>
      <w:r>
        <w:t>Dátum vydania: 3.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1S/73/2014 Identifikačné číslo súdneho spisu: 1014200546 Dátum vydania rozhodnutia: 04. 09. 2014 Meno a priezvisko sudcu, VSÚ: JUDr. Nora Halmová ECLI: ECLI:SK:KSBA:2014:1014200546.2 Uznesenie Krajský súd v Bratislave v právnej veci žalobcu: U.. Z. Z., B. E. XA, XXX XX I., zastúpeného advokátom: JUDr. Peter Fratrič, Timravina 9, 811 06 Bratislava, proti žalovanému: Okresný úrad Bratislava, odbor výstavby a bytovej politiky, Lamačská cesta 8, 845 14 Bratislava, za účasti: X.) A.. O. G., J. XX, XXX XX I., X.) A.. X. B., O. XXXX/XX, XXX XX S., X.) A.. K. Y., F. XX, XXX XX X. J., zastúpení: AK Michal Bouška s.r.o., Vajnorská 98/D, 831 04 Bratislava o preskúmanie zákonnosti rozhodnutia žalovaného č. OU-BA-OVBP2-2014/801-ZAV zo dňa 3.2.2014 takto r o z h o d o l : Súd konanie z a s t a v u j e. Žiaden z účastníkov nemá právo na náhradu trov konania. o d ô v o d n e n i e : Žalobou doručenou súdu dňa 7.4.2014 žalobca žiadal súd, aby preskúmal rozhodnutie žalovaného č. OU-BA-OVBP2-2014/801-ZAV zo dňa 3.2.2014. Pred rozhodnutím vo veci samej, žalobca prostredníctvom svojho právneho zástupcu, podaním doručeným tunajšiemu súdu dňa 15.8.2014 oznámil, že berie žalobu späť, žiada konanie zastaviť. Podľa ust. § 250h ods. 2 O.s.p. až do rozhodnutia súdu môže žalobca vziať žalobu späť, ak žalovanému medzitým vznikli trovy konania, rozhodne súd o ich náhrade. Podľa ust. § 250d ods. 3 O.s.p. súd uznesením konanie zastaví aj vtedy, ak žaloba bola vzatá späť. O trovách konania súd rozhodol podľa osobitnej úpravy ohľadom náhrady trov konania v konaniach podľa piatej časti O.s.p. v ust. § 250h ods. 2 O.s.p., s prihliadnutím na ust. § 246c O.s.p. tak, že žiadnemu z účastníkov nepriznal náhradu trov konania, pretože pre iný postup nebol dôvod. O vrátení súdneho poplatku súd nerozhodoval, pretože tento nebol žalobcom uhradený. Toto rozhodnutie senát Krajského súdu v Bratislave prijal pomerom hlasov 3 : 0 (§ 3 ods. 9 zákona č. 757/2004 Z.z. v znení zákona č. 33/2011 Z.z.)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https://www.kauzis.sk/judikatura/r/ECLI:SK:KSBA:2014:1014200546.2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