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9Sp/33/2014 z 30. 11. 2014</w:t>
      </w:r>
    </w:p>
    <w:p>
      <w:r>
        <w:t>Uznesenie Krajského súdu Bratislava z 30. novembra 2014, sp. zn. 9Sp/33/2014, ECLI:SK:KSBA:2014:1014200553.2</w:t>
      </w:r>
    </w:p>
    <w:p>
      <w:r>
        <w:t>Súd: Krajský súd Bratislava</w:t>
      </w:r>
    </w:p>
    <w:p>
      <w:r>
        <w:t>Spisová značka: 9Sp/33/2014</w:t>
      </w:r>
    </w:p>
    <w:p>
      <w:r>
        <w:t>ECLI: ECLI:SK:KSBA:2014:1014200553.2</w:t>
      </w:r>
    </w:p>
    <w:p>
      <w:r>
        <w:t>Dátum vydania: 30.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9Sp/33/2014 Identifikačné číslo súdneho spisu: 1014200553 Dátum vydania rozhodnutia: 01. 12. 2014 Meno a priezvisko sudcu, VSÚ: JUDr Janka Richterová ECLI: ECLI:SK:KSBA:2014:1014200553.2 Uznesenie Krajský súd v Bratislave, v právnej veci navrhovateľov: 1/. A. D., H.. XX.XX.XXXX, C. B.Ž. M. Č.. XXX, Z. B. X/ Z.. T. D., H.. XX.XX.XXXX, C. C., V.. X. Č.. XX, obaja zastúpení JUDr. Marianom Janotom, advokátom so sídlom v Bratislave, Ul. Čajakova č. 28, proti odporcovi: Okresný úrad Bratislava, pozemkový a lesný odbor, so sídlom v Bratislave, Ul. Trenčianska č. 55, o navrátenie vlastníctva k pozemkom, takto r o z h o d o l : r o z h o d o l : Súd konanie z a s t a v u j e . Žiaden z účastníkov nemá právo na náhradu trov konania. o d ô v o d n e n i e : Navrhovatelia sa domáhali preskúmania zákonnosti rozhodnutia odporcu zo dňa 21. februára 2014, sp. zn. 5306/2004, ktorým odporca rozhodol, že navrhovatelia a ich matka T. D., zomrelá dňa XX.X.XXXX, nespĺňajú podmienky uvedené v § 1 zák. č. 503/2003 Z.z., pretože pozemky N. S.. N. Č.. X. N. S. E.. Ú.. C.-Q., S.. Č.. XX, XX B. XX netvoria lesný pôdny fond, poľnohospodársky pôdny fond a ani do neho nepatria. Navrhovatelia zobrali svoj návrh celkom späť. Podľa § 96 ods. 1 O.s.p. navrhovateľ môže vziať za konania späť návrh na jeho začatie, a to sčasti alebo celkom. Ak je návrh vzatý späť celkom, súd konanie zastaví. Súd berúc do úvahy dispozitívny úkon navrhovateľov, konanie zastavil podľa citovaného ustanovenia v spojení s ustanoveniami § 246c ods.1 a § 250l ods.2 O.s.p. O trovách konania súd rozhodol podľa § 146 ods. 1 písm. c/ O.s.p. v spojení s §§ 250l ods.2 a 246c ods.1 O.s.p., keď nezistil okolnosti odôvodňujúce aplikáciu § 250h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https://www.kauzis.sk/judikatura/r/ECLI:SK:KSBA:2014:1014200553.2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