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6S/77/2014 z 13. 5. 2014</w:t>
      </w:r>
    </w:p>
    <w:p>
      <w:r>
        <w:t>Uznesenie Krajského súdu Bratislava z 13. mája 2014, sp. zn. 6S/77/2014, ECLI:SK:KSBA:2014:1014200569.2</w:t>
      </w:r>
    </w:p>
    <w:p>
      <w:r>
        <w:t>Súd: Krajský súd Bratislava</w:t>
      </w:r>
    </w:p>
    <w:p>
      <w:r>
        <w:t>Spisová značka: 6S/77/2014</w:t>
      </w:r>
    </w:p>
    <w:p>
      <w:r>
        <w:t>ECLI: ECLI:SK:KSBA:2014:1014200569.2</w:t>
      </w:r>
    </w:p>
    <w:p>
      <w:r>
        <w:t>Dátum vydania: 13.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6S/77/2014 Identifikačné číslo súdneho spisu: 1014200569 Dátum vydania rozhodnutia: 14. 05. 2014 Meno a priezvisko sudcu, VSÚ: JUDr. Soňa Langová ECLI: ECLI:SK:KSBA:2014:1014200569.2 Uznesenie Krajský súd v Bratislave v právnej veci žalobcu: K. K., bytom Q. č. XX, J., W., nar. XX.X.XXXX, zákonne zastúpená otcom Z. K. a matka O. J. právne zastúpený: REKEN &amp; PARTNERS Law Firm s.r.o., advokátska kancelária so sídlom Tichá 45, 811 02 Bratislava proti žalovanému: Riaditeľstvo hraničnej a cudzineckej polície Bratislava ÚHaCP PPZ, so sídlom Hrobákova 44, 852 42 Bratislava o preskúmanie zákonnosti rozhodnutia žalovaného č. PPZ-HCP-BA2-2014/002060-003 zo dňa 21.2.2014 a o odklade vykonateľnosti, takto r o z h o d o l : Krajský súd v Bratislave o d k l a d á vykonateľnosť rozhodnutia Riaditeľstva hraničnej a cudzineckej polície Bratislava ÚHaCP PPZ č. PPZ-HCP-BA2-2014/002060-003 zo dňa 21.2.2014 spolu s rozhodnutím správneho orgánu prvého stupňa Oddelenia cudzineckej polície PZ Bratislava č. PPZ- HCP-BA6-1198-27/2013-PPC zo dňa 11.11.2013 a to až do nadobudnutia právoplatnosti rozhodnutia súdu vo veci samej. o d ô v o d n e n i e : Žalobou doručenou Krajskému súdu v Bratislave dňa 10.4.2014 sa žalobca domáhal preskúmania zákonnosti rozhodnutia žalovaného č. PPZ-HCP-BA2-2014/002060-003 zo dňa 21.2.2014, ktorým žalovaný zamietol odvolanie žalobcu a potvrdil rozhodnutie Oddelenia cudzineckej polície PZ Bratislava č. PPZ-HCP-BA6-1198-27/2013-PPC zo dňa 11.11.2013 o zrušení prechodného pobytu na území Slovenskej republiky na účel zlúčenia rodiny podľa zákona č. 404/2011 Z.z. o pobyte cudzincov. Žalobca zároveň v žalobe požiadal súd o odklad vykonateľnosti napadnutého rozhodnutia z dôvodu, že žalobca sa musí starať o rodinu, pričom otec je podnikateľom zaregistrovaným Obchodným registrom vedeným Okresným súdom Bratislava. Výkonom napadnutého rozhodnutia hrozí žalobcovi a jeho rodine závažná ujma, či už vo vzťahu k povinnostiam otca vyplývajúcich z jeho podnikateľskej činnosti ako aj hlave rodiny. Zároveň výkonom rozhodnutia hrozí rozdelenie rodiny s troma maloletými deťmi. Podľa § 250c veta druhá OSP,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 by hrozilo rozdelenie rodiny s troma maloletými deťmi. Krajský súd v Bratislave preto postupoval v súlade s citovaným zákonným ustanovením a rozhodol a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https://www.kauzis.sk/judikatura/r/ECLI:SK:KSBA:2014:1014200569.2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