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12Sp/39/2014 z 30. 6. 2014</w:t>
      </w:r>
    </w:p>
    <w:p>
      <w:r>
        <w:t>Rozsudok Krajského súdu Bratislava z 30. júna 2014, sp. zn. 12Sp/39/2014, ECLI:SK:KSBA:2014:1014200647.2</w:t>
      </w:r>
    </w:p>
    <w:p>
      <w:r>
        <w:t>Súd: Krajský súd Bratislava</w:t>
      </w:r>
    </w:p>
    <w:p>
      <w:r>
        <w:t>Spisová značka: 12Sp/39/2014</w:t>
      </w:r>
    </w:p>
    <w:p>
      <w:r>
        <w:t>ECLI: ECLI:SK:KSBA:2014:1014200647.2</w:t>
      </w:r>
    </w:p>
    <w:p>
      <w:r>
        <w:t>Dátum vydania: 30. 6. 2014</w:t>
      </w:r>
    </w:p>
    <w:p>
      <w:r>
        <w:t>Forma: Rozsudok</w:t>
      </w:r>
    </w:p>
    <w:p>
      <w:r>
        <w:t>Oblasť práva: Správne právo</w:t>
      </w:r>
    </w:p>
    <w:p>
      <w:pPr>
        <w:pStyle w:val="Heading2"/>
      </w:pPr>
      <w:r>
        <w:t>Text rozhodnutia</w:t>
      </w:r>
    </w:p>
    <w:p>
      <w:r>
        <w:t>Súd: Krajský súd Bratislava Spisová značka: 12Sp/39/2014 Identifikačné číslo súdneho spisu: 1014200647 Dátum vydania rozhodnutia: 01. 07. 2014 Meno a priezvisko sudcu, VSÚ: Mgr. Marián Degma ECLI: ECLI:SK:KSBA:2014:1014200647.2 ROZSUDOK V MENE SLOVENSKEJ REPUBLIKY Krajský súd v Bratislave v konaní pred samosudcom Mgr. Mariánom Degmom v právnej veci navrhovateľa: B. J., nar. XX.X.XXXX, trvale bytom B. Z. - Z., adresa pre doručovanie písomností: X. - B. M., B. XX, Z., proti odporcovi: Bratislavský samosprávny kraj, Sabinovská 16, Bratislava, o preskúmanie zákonnosti rozhodnutia odporcu číslo 101818/2014 - SP 3 zo dňa 28.03.2014 takto r o z h o d o l : Krajský súd v Bratislave rozhodnutie odporcu č. 101818/2014 - SP3 zo dňa 28.3.2014 p o t v r d z u j e. Súd účastníkom konania právo na náhradu trov konania nepriznáva. o d ô v o d n e n i e : Odvolaním zo dňa 24.04.2014 došlým na Krajský súd v Bratislave dňa 25.04.2014 navrhovateľ v zákonnej lehote napadol odvolanie odporcu číslo 101818/2014 - SP 3, vydané dňa 28.03.2014. Vyššie uvedeným rozhodnutím odporca na základe žiadosti navrhovateľa zo dňa 06.03.2014 o posúdenie odkázanosti na sociálnu službu poskytovanú v špecializovanom zariadení rozhodol, že navrhovateľ je odkázaný na poskytovanie sociálnej služby v špecializovanom zariadení a to v zmysle § 39 ods. 1 a § 49 ods. 11 zákona číslo 448/2008 Z.z. o sociálnych službách. Pri svojom rozhodovaní odporca vychádzal z výsledkov posúdenia zdravotného stavu navrhovateľa vyplývajúceho z posudku o odkázanosti na sociálnu službu číslo 101818/2014 - SP 2 vypracovaného dňa 28.03.2014, podľa ktorého bol navrhovateľ zaradený s celkovým počtom dosiahnutých bodov 25 do V. stupňa odkázanosti fyzickej osoby na pomoc inej fyzickej osoby a to v zmysle prílohy číslo 3 zákona o sociálnych službách. Vzhľadom na nepriaznivý zdravotný stav je v rozhodnutí konštatované, že navrhovateľ je odkázaný na pomoc inej fyzickej osoby pri všetkých činnostiach, potrebuje pomoc vo všetkých úkonoch starostlivosti o svoju domácnosť, pri základných sociálnych aktivitách, sprievodu na lekárske vyšetrenia a vybavovaní úradných záležitostí. Nepretržitý dohľad inou fyzickou osobou nie je potrebný. Na základe posúdenia individuálnych predpokladov, rodinného prostredia a stanoveného stupňa odkázanosti na pomoc inej fyzickej osoby odporca stanovil, že navrhovateľ je odkázaný na sociálnu službu poskytovanú v špecializovanom zariadení. Voči tomuto rozhodnutiu v zákonnej lehote podal navrhovateľ odvolanie, ktoré odôvodnil tým, že je od roku 2006 pacientom psychiatrickej ambulancie s diagnózou organický psychosyndróm ťažšieho stupňa, v apríli roku 2006 prekonal NCMP s pravostranným postihnutím pohybového aparátu s výrazne oslabenou komunikáciou, trpí vysokým krvným tlakom, ako aj diabetes melitus typu B. Od apríla 2007 je na plnom invalidnom dôchodku ako ťažko zdravotne postihnutý občan, poberá invalidný dôchodok vo výške 445, 20 eura mesačne (v roku 2014). Má za to, že jeho zdravotný stav si vyžaduje nepretržitý dohľad, je plne odkázaný na celodennú nepretržitú starostlivosť a to aj v súvislosti z jeho psychiatrickou diagnózou a somatickými problémami. Podať odvolanie voči rozhodnutiu odporcu mu odporučil jeho ošetrujúci lekár MUDr. Stanislav Pivárči, nakoľko jeho zdravotný stav zodpovedá VI. stupňu odkázanosti na pomoc inej osoby v súlade so zákonom o sociálnych službách. K podanému odvolaniu navrhovateľa sa vyjadril odporca dňa 26.05.2014 spolu so zaslaním administratívneho spisu. Odporca uviedol, že navrhovateľ dňa 06.03.2014 podal žiadosť o posúdenie odkázanosti na sociálnu službu do špecializovaného zariadenia spolu s priložením neurologického nálezu zo dňa 19.11.2013 (MUDr. Daniela Strečková - neurológ) a psychiatrickým nálezom zo dňa 07.02.2014 (MUDr. Stanislav Pivárči - psychiater). Posudkový lekár - MUDr. Marián Durbák po preštudovaní predložených nálezov a posúdení celkového zdravotného stavu navrhovateľa uzavrel ho ako stav ťažkej pravostrannej slabosti končatín s ťažkým, ale neúplným ochrnutím pravej dolnej končatiny a úplným ochrnutím pravej hornej končatiny po prekonanej náhlej cievnej mozgovej príhode, s pretrvávaním poruchy reči. Zároveň skonštatoval, že ostatné somatické ochorenia - vysoký krvný tlak, cukrovka na tabletách a diéte, nie sú posudkovo významné, nakoľko neovplyvňujú potrebu odkázanosti na inú fyzickú osobu. Podľa predloženého psychiatrického vyšetrenia je navrhovateľ orientovanou osobou, čiastočne časom a miestom. Po zhodnotení celkového zdravotného stavu (somatického a psychiatrického) bol navrhovateľ ohodnotený na V. stupeň odkázanosti na pomoc inej fyzickej osoby, čo prináleží 25 bodom a na základe týchto zistení bolo vydané preskúmavané rozhodnutie, v ktorom je stanovené, že navrhovateľ je odkázaný na poskytovanie sociálnych služieb v špecializovanom zariadení a teda vyhovel žiadosti podanej navrhovateľom. Krajský súd v Bratislave ako súd miestne a vecne príslušný prejednal predmetnú vec a to bez nariadenia pojednávania (v súlade s § 250f O.s.p.), preskúmal napadnuté rozhodnutie ako aj postup, ktorý jeho vydaniu predchádzal a to v rozsahu a dôvodov uvedených v odvolaní navrhovateľa a dospel k záveru, že napadnuté rozhodnutie odporcu je v súlade so zákonom, je vecne správne a odvolanie voči nemu nie je dôvodné. Z pripojeného administratívneho spisu odporcu súd zistil nasledovné skutočnosti: Dňa 06.03.2014 navrhovateľ podal žiadosť o posúdenie odkázanosti na sociálnu službu a to v špecializovanom zariadení formou celoročnej poskytovanej sociálnej služby. K svojej žiadosti priložil lekársky nález zo dňa 07.02.2014 vystavený MUDr. Stanislavom Pivárčim - psychiatrom, v ktorom doporučuje navrhovateľa umiestniť do zariadenia s 24 hodinovou starostlivosťou. Tiež bol predložený lekársky nález z 19.11.2013 - neurologickej ambulancie o navrhovateľovom zdravotnom stave. Na základe posudzovania odkázanosti fyzickej osoby na pomoc inej fyzickej osoby pri jednotlivých činnostiach (príloha č. 3 zákona o sociálnych službách) bol dňa 12.03.2014 vypracovaný zdravotný posudok posudkovým lekárom MUDr. Durbákom, podľa ktorého bol navrhovateľ zaradený do V. stupňa odkázanosti fyzickej osoby na pomoc inej fyzickej osoby, pri dosiahnutí 25 bodov. V tomto posudku sa konštatuje po zhodnotení objektívneho psychiatrického a neurologického nálezu a klinických diagnóz (stav po NCMP, reziduálna dyzartria, artériová hypertenzia, reziduálna pravostranná hemiparéza, organický psychosyndróm, DM typ 2), že navrhovateľ je odkázaný na pomoc inej osoby pri všetkých sledovaných činnostiach, je odkázaný na pomoc pri väčšine jednotlivých úkonov a na dohľad pri jednej činnosti - zmenách polohy, pričom však kritéria pre ods.12 § 49 zákona o sociálnych službách nespĺňa. Kontrola navrhovateľa nie je potrebná. Dňa 27.03.2014 bol podaný sociálny posudok a to po pohovore s navrhovateľom v zariadení sociálnych služieb, kde má zabezpečenú komplexnú starostlivosť. Podľa tohto posudku bol zaradený do V. stupňa s rozsahom 360 hodín. Dňa 28.03.2014 odporca vydal posudok (číslo spisu: 101818/2014 - SP2) o odkázanosti na sociálnu službu, podľa ktorého je navrhovateľ odkázaný na poskytovanie sociálnej služby v špecializovanom zariadení, dosiahol celkovo 25 bodov a bol zaradený do V. stupňa odkázanosti fyzickej osoby na pomoc inej fyzickej osoby. Následne bolo vydané preskúmavané rozhodnutie, voči ktorému navrhovateľ podal odvolanie. Podľa § 244 ods.1,2,3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fyzicky osôb, pokiaľ im zákon zveruje rozhodovanie o právach a povinnostiach fyzických a právnických osôb v oblasti verejnej správy. Rozhodnutiami správnych orgánov sa rozumejú rozhodnutia vydané nimi správnom konaní, ako aj ďalšie rozhodnutia ktoré zakladajú, menia alebo zrušujú oprávnenia a povinnosti alebo právnických z osôb alebo ktorými môžu byť práva, právom chránené záujmy alebo povinnosti fyzických osôb alebo právnických osôb priamo dotknuté. Postupom správneho orgánu sa rozumie aj jeho nečinnosť. Podľa § 39 ods. 1 zákona o sociálnych službách v špecializovanom zariadení sa poskytuje sociálna služba fyzickej osobe, ktorá je odkázaná na pomoc inej fyzickej osoby, jej stupeň odkázanosti je najmenej V podľa prílohy č. 3 a má zdravotné postihnutie, ktorým je najmä Parkinsonova choroba, Alzheimerova choroba, pervazívna vývinová porucha, skleróza multiplex, schizofrénia, demencia rôzneho typu etiológie, hluchoslepota, AIDS alebo organický psychosyndróm ťažkého stupňa. Podľa § 49 ods. 1,3,4,5,7 veta druhá, 9 veta druhá,10,11,12 zákona o sociálnych službách zdravotná posudková činnosť na účely posúdenia odkázanosti fyzickej osoby na pomoc inej fyzickej osoby je hodnotenie a posudzovanie zdravotného stavu fyzickej osoby a zmien zdravotného stavu fyzickej osoby, ktoré vykonáva zdravotnícky pracovník, ktorý spĺňa kvalifikačné predpoklady podľa § 84 ods. 18 a 19, na základe zmluvy s obcou alebo vyšším územným celkom (ďalej len "posudzujúci zdravotnícky pracovník"). Posudzujúci zdravotnícky pracovník pri výkone zdravotnej posudkovej činnosti vychádza z lekárskeho nálezu, posudku, správy o priebehu a vývoji choroby a zdravotného postihnutia alebo výpisu zo zdravotnej dokumentácie (ďalej len "doklad poskytovateľa zdravotnej starostlivosti o nepriaznivom zdravotnom stave") nie staršieho ako šesť mesiacov, ktoré predložila fyzická osoba, ktorá žiada o posúdenie odkázanosti na sociálnu službu. Ak je doklad poskytovateľa zdravotnej starostlivosti o nepriaznivom zdravotnom stave podľa prvej vety na účely zdravotnej posudkovej činnosti nedostačujúci, posudzujúci zdravotnícky pracovník požiada lekára, s ktorým má fyzická osoba, ktorá žiada o posúdenie odkázanosti na sociálnu službu, uzatvorenú dohodu o poskytovaní zdravotnej starostlivosti (ďalej len "zmluvný lekár"), o vypracovanie lekárskeho nálezu, ktorého vzor uvedený v prílohe č. 1 osobitného predpisu sa použije na účely sociálnych služieb primerane. Ak je lekársky nález zmluvného lekára neúplný, posudzujúci zdravotnícky pracovník požiada zmluvného lekára o jeho doplnenie. Na základe výsledkov posúdenia podľa odseku 10 vypracuje posudzujúci zdravotnícky pracovník lekársky posudok, ktorý obsahuje stupeň odkázanosti fyzickej osoby na pomoc inej fyzickej osoby a termín opätovného posúdenia zdravotného stavu fyzickej osoby. Posudzujúci zdravotnícky pracovník vychádza z dokladu poskytovateľa zdravotnej starostlivosti o nepriaznivom zdravotnom stave nie staršieho ako šesť mesiacov, ktorý predložila fyzická osoba, alebo z lekárskeho nálezu zmluvného lekára, z ktorého vychádzal pri ostatnom posúdení, ak od posúdenia fyzickej osoby podľa odseku 3 neuplynulo šesť mesiacov a nie sú známe nové skutočnosti o jej zdravotnom stave, ktoré podmieňujú zmenu stupňa odkázanosti na pomoc inej fyzickej osoby. Posudzujúci zdravotnícky pracovník vykonáva posúdenie spravidla bez prítomnosti posudzovanej fyzickej osoby. Posudzujúci zdravotnícky pracovník neurčí termín opätovného posúdenia zdravotného stavu fyzickej osoby, ak je zdravotný stav fyzickej osoby chronický s trvalým poškodením a od ďalšej liečby nemožno očakávať jeho zlepšenie. Odkázanosť fyzickej osoby na pomoc inej fyzickej osoby na účely poskytnutia sociálnej služby sa posudzuje podľa prílohy č. 3. Pri posudzovaní odkázanosti fyzickej osoby na pomoc inej fyzickej osoby sa dosiahnuté body podľa prílohy č. 3 písm. A v prvom bode až dvanástom bode sčítajú. Stupeň odkázanosti fyzickej osoby na pomoc inej fyzickej osoby a priemerný rozsah odkázanosti fyzickej osoby na pomoc inej fyzickej osoby v hodinách sa určí na základe celkového počtu bodov. Fyzická osoba je odkázaná na pomoc inej fyzickej osoby, ak jej stupeň odkázanosti je II až VI podľa prílohy č. 3. Ak fyzická osoba pri posudzovaní odkázanosti fyzickej osoby na pomoc inej fyzickej osoby podľa prílohy č. 3 písm. A dvanásteho bodu dosiahne 0 bodov, jej stupeň odkázanosti je VI a na body dosiahnuté podľa prílohy č. 3 písm. A prvého bodu až jedenásteho bodu sa neprihliada. Predmetom súdneho prieskumu postupom podľa ustanovení tretej hlavy ( § 250l O.s.p. a nasl.) piatej časti O.s.p. je preskúmanie zákonnosti postupu a rozhodnutia odporcu, ktorým rozhodol, že navrhovateľ je odkázaný na poskytovanie sociálnej služby v špecializovanom zariadení. Súd preskúmavajúc napadnuté rozhodnutie odporcu v rozsahu a dôvodov vyplývajúcich z podaného odvolania navrhovateľa musí konštatovať, že námietka navrhovateľa o tom, že jeho zdravotný stav si vyžaduje nepretržitý dohľad s tým, že je plne odkázaný na celodennú nepretržitú starostlivosť (keďže jeho zdravotný stav je na úrovni VI. stupňa odkázanosti) nie je opodstatnená. Z obsahu pripojeného administratívneho spisu odporcu a v ňom uvedeného zdravotného posudku vypracovaného posudkovým lekárom MUDr. Mariánom Durbákom dňa 12.03.2014 vyplýva, že tento pri vypracovaní zdravotného posudku vychádzal zo zdravotnej dokumentácie predloženej navrhovateľom - psychiatricky nález ( MUDr. Stanislav Pivárči ), neurologický nález ( MUDr. Daniela Strečková ), ako aj klinických diagnóz navrhovateľa. Bodové ohodnotenie odkázanosti navrhovateľa na pomoc inej fyzickej osoby pri jednotlivých činnostiach posudkový lekár vykonal v zmysle prílohy číslo 3 k zákonu o sociálnych službách a stanovil celkový dosiahnutý počet bodov 25, čo zodpovedá V. stupňu odkázanosti. Súd nemá pochybnosti o správnosti vypracovaného zdravotného posudku slúžiaceho ako podklad (spolu s vypracovaným sociálnym posudkom z 27.03.2014) pre vydanie preskúmavaného rozhodnutia odporcu. Posudkový lekár vypracoval zdravotný posudok a to pri riadnom vyplnení všetkých ukazovateľov jednotlivých posudzovaných činností podľa prílohy č. 3 zákona o sociálnych službách. Samotný vypracovaný zdravotný posudok nemôže byť predmetom súdneho prieskumu. V danej veci podaný zdravotný posudok, ako aj následný sociálny posudok (vypracovaný po pohovore s navrhovateľom v zariadení sociálnych služieb, kde je umiestnený od 12/2008) stanovili bodové ohodnotenie odkázanosti navrhovateľa na pomoc inej fyzickej osoby pri jednotlivých posudzovaných činnostiach v zmysle prílohy č. 3 na 25 bodov. Stanovené bodové ohodnotenie odkázanosti navrhovateľa na pomoc inej fyzickej osoby - 25 bodov zodpovedá V. stupňu odkázanosti navrhovateľa na pomoc inej fyzickej osoby, čo určuje rozsah odkázanosti na 240 - 360 hodín mesačne a preto nie je opodstatnené tvrdenie navrhovateľa o tom, že jeho zdravotný stav zodpovedá VI. stupňu odkázanosti , na čo je potrebné dosiahnuť 0 až 24 bodov (predpokladá sa rozsah odkázanosti viac ako 360 hodín mesačne). Záverom súd uvádza, že rozhodnutie odporcu je riadne odôvodnené (tak, ako to vyžaduje ustanovenie § 47 ods. 3 správneho poriadku), vychádza z riadne zisteného skutkového stavu veci odporcom - vypracovaného zdravotného posudku (§ 32 správneho poriadku), z ktorého vyvodil správny právny záver a preto súd rozhodnutie podľa § 250q ods. 2 O.s.p. ako vecne správne a súladné zo zákonnými ustanoveniami potvrdil. O náhrade trov konania rozhodol súd § 250k ods. 1 O.s.p. v súlade s § 250l ods. 2 O.s.p. a vo veci neúspešnému navrhovateľovi náhradu trov konania nepriznal, odporcovi v správnom súdnictve právo na náhradu trov konania zásadne neprináleží.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p>
      <w:r>
        <w:t>Zdroj: KAUZIS.SK – https://www.kauzis.sk/judikatura/r/ECLI:SK:KSBA:2014:1014200647.2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