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6S/86/2014 z 6. 5. 2014</w:t>
      </w:r>
    </w:p>
    <w:p>
      <w:r>
        <w:t>Uznesenie Krajského súdu Bratislava z 6. mája 2014, sp. zn. 6S/86/2014, ECLI:SK:KSBA:2014:1014200668.1</w:t>
      </w:r>
    </w:p>
    <w:p>
      <w:r>
        <w:t>Súd: Krajský súd Bratislava</w:t>
      </w:r>
    </w:p>
    <w:p>
      <w:r>
        <w:t>Spisová značka: 6S/86/2014</w:t>
      </w:r>
    </w:p>
    <w:p>
      <w:r>
        <w:t>ECLI: ECLI:SK:KSBA:2014:1014200668.1</w:t>
      </w:r>
    </w:p>
    <w:p>
      <w:r>
        <w:t>Dátum vydania: 6. 5.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6S/86/2014 Identifikačné číslo súdneho spisu: 1014200668 Dátum vydania rozhodnutia: 07. 05. 2014 Meno a priezvisko sudcu, VSÚ: JUDr. Soňa Langová ECLI: ECLI:SK:KSBA:2014:1014200668.1 Uznesenie Krajský súd v Bratislave v právnej veci žalobcu: R. S., nar. XX.X.XXXX, bytom X., XX XXX T., N. XX, právne zastúpený advokátom: JUDr. Jánom Konečným, Oldřichova 273/13, 128 00 Praha 2, (ČAK 02459), na základe substitučnej plnej moci advokátkou: JUDr. Zuzanou Motáčkovou, Kellenbergerova 2, 900 01 Modra, proti žalovanému: Prezídium Policajného zboru Slovenskej republiky, Úrad hraničnej a cudzineckej polície Policajného zboru Slovenskej republiky, Riaditeľstvo hraničnej a cudzineckej polície Policajného zboru Bratislava, Hrobákova č. 44, 852 42 Bratislava, o preskúmanie zákonnosti rozhodnutia žalovaného č.p.: PPZ-HCP-BA2-2014/004050-002 zo dňa 19.3.2014 v spojitosti s prvostupňovým rozhodnutím Oddelenia cudzineckej polície Policajného zboru Bratislava, č.p.: PPZ- HCP-BA6-50-008/2014-AV zo dňa 21.2.2014 o návrhu na odklad vykonateľnosti, takto r o z h o d o l : Krajský súd v Bratislave o d k l a d á vykonateľnosť rozhodnutia žalovaného č.j.: PPZ-HCP- BA2-2014/004050-002 zo dňa 19.3.2014 v spojitosti s prvostupňovým rozhodnutím Oddelenia cudzineckej polície Policajného zboru Bratislava, č.p.: PPZ-HCP-BA6-50-008/2014-AV zo dňa 21.2.2014, až do právoplatného rozhodnutia súdu o žalobe žalobcu. o d ô v o d n e n i e : Žalobca sa žalobou doručenou tunajšiemu súdu dňa 30.4.2014 domáhal preskúmania zákonnosti rozhodnutia žalovaného č.j.: PPZ-HCP-BA2-2014/004050-002 zo dňa 19.3.2014 v spojitosti s prvostupňovým rozhodnutím Oddelenia cudzineckej polície Policajného zboru Bratislava, č.p.: PPZ- HCP-BA6-50-008/2014-AV zo dňa 21.2.2014, na základe ktorých bol žalobca administratívne vyhostený na územie X. a bol mu uložený zákaz vstupu na územie Slovenskej republiky na dobu 1 rok. Žalobca zároveň požiadal súd o odklad vykonateľnosti uvedeného rozhodnutia žalovaného. Dôvodom tejto žiadosti bola skutočnosť, že okamžitým výkonom napadnutého rozhodnutia by hrozila žalobcovi závažná ujma spočívajúca v zamedzení vykonania poslednej štátnej záverečnej skúške a obhajobe diplomovej práce, t.j. zavŕšiť 6. ročník štúdia na Lekárskej fakulte Univerzity Komenského v Bratislave, ktorá sa má uskutočniť v júni 2014. Príslušné doklady preukazujúce štúdium žalobcu v záverečnom ročníku vysokej školy, žalobca k žiadosti predložil. Podľa § 250c veta druhá O.s.p., na žiadosť účastníka môže predseda senátu uznesením vykonateľnosť rozhodnutia odložiť, ak by okamžitým výkonom napadnutého rozhodnutia hrozila závažná ujma. Súd v súlade s citovaným zákonným ustanovením rozhodol o žiadosti žalobcu spôsobom uvedeným vo výroku tohto uznesenia. Poučenie: Proti tomuto uzneseniu odvolanie nie je prípustné.</w:t>
      </w:r>
    </w:p>
    <w:p/>
    <w:p>
      <w:r>
        <w:t>Zdroj: KAUZIS.SK – https://www.kauzis.sk/judikatura/r/ECLI:SK:KSBA:2014:1014200668.1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