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6S/86/2014 z 11. 9. 2014</w:t>
      </w:r>
    </w:p>
    <w:p>
      <w:r>
        <w:t>Uznesenie Krajského súdu Bratislava z 11. septembra 2014, sp. zn. 6S/86/2014, ECLI:SK:KSBA:2014:1014200668.2</w:t>
      </w:r>
    </w:p>
    <w:p>
      <w:r>
        <w:t>Súd: Krajský súd Bratislava</w:t>
      </w:r>
    </w:p>
    <w:p>
      <w:r>
        <w:t>Spisová značka: 6S/86/2014</w:t>
      </w:r>
    </w:p>
    <w:p>
      <w:r>
        <w:t>ECLI: ECLI:SK:KSBA:2014:1014200668.2</w:t>
      </w:r>
    </w:p>
    <w:p>
      <w:r>
        <w:t>Dátum vydania: 11.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6S/86/2014 Identifikačné číslo súdneho spisu: 1014200668 Dátum vydania rozhodnutia: 12. 09. 2014 Meno a priezvisko sudcu, VSÚ: JUDr. Soňa Langová ECLI: ECLI:SK:KSBA:2014:1014200668.2 Uznesenie Krajský súd v Bratislave v právnej veci žalobcu: R. S., nar. XX.X.XXXX, bytom X., XX XXX T., N. XX, právne zastúpený advokátom JUDr. Janem Konečným, Oldřichova 273/13, 128 00 Praha 2, (ČAK 02459), na základe substitučnej plnej moci advokátkou JUDr. Zuzanou Motáčkovou, Kellenbergerova 2, 900 01 Modra, proti žalovanému: Prezídium Policajného zboru Slovenskej republiky, Úrad hraničnej a cudzineckej polície Policajného zboru Slovenskej republiky, Riaditeľstvo hraničnej a cudzineckej polície Policajného zboru Bratislava, Hrobákova č. 44, 852 42 Bratislava, o preskúmanie zákonnosti rozhodnutia žalovaného č.j.: PPZ-HCP-BA2-2014/004050-002 zo dňa 19.3.2014 v spojitosti s prvostupňovým rozhodnutím Oddelenia cudzineckej polície Policajného zboru Bratislava, č.p.: PPZ- HCP-BA6-50-008/2014-AV zo dňa 21.2.2014, takto r o z h o d o l : Krajský súd v Bratislave konanie z a s t a v u j e. Žiaden z účastníkov nemá právo na náhradu trov konania. Žalobcovi bude vrátená krátená časť súdneho poplatku v sume 63,30 € prostredníctvom Daňového úradu Bratislava po právoplatnosti tohto uznesenia. o d ô v o d n e n i e : Žalobca sa žalobou doručenou tunajšiemu súdu dňa 30.4.2014 domáhal preskúmania zákonnosti rozhodnutia žalovaného č.j.: PPZ-HCP-BA2-2014/004050-002 zo dňa 19.3.2014 v spojitosti s prvostupňovým rozhodnutím Oddelenia cudzineckej polície Policajného zboru Bratislava, č.p.: PPZ- HCP-BA6-50-008/2014-AV zo dňa 21.2.2014, na základe ktorých bol žalobca administratívne vyhostený na územie Izrael a bol mu uložený zákaz vstupu na územie Slovenskej republiky na dobu 1 rok. Pred rozhodnutím vo veci samej, žalobca prostredníctvom svojho právneho zástupcu, podaním doručeným tunajšiemu súdu dňa 25.8.2014 oznámil, že berie žalobu späť, žiada konanie zastaviť. Podľa ust. § 250h ods. 2 O.s.p. až do rozhodnutia súdu môže žalobca vziať žalobu späť, ak žalovanému medzitým vznikli trovy konania, rozhodne súd o ich náhrade. Podľa ust. § 250d ods. 3 O.s.p. súd uznesením konanie zastaví aj vtedy, ak žaloba bola vzatá späť. O trovách konania súd rozhodol podľa osobitnej úpravy ohľadom náhrady trov konania v konaniach podľa piatej časti O.s.p. v ust. § 250h ods. 2 O.s.p., s prihliadnutím na ust. § 246c O.s.p. tak, že žiadnemu z účastníkov nepriznal náhradu trov konania, pretože pre iný postup nebol dôvod. O vrátení krátenej časti súdneho poplatku súd rozhodol podľa ust. § 11 ods. 3, tretia veta a ods. 4 zákona č. 71/1992 Zb o súdnych poplatkoch v znení neskorších predpisov. Toto rozhodnutie senát Krajského súdu v Bratislave prijal pomerom hlasov 3 : 0 (§ 3 ods. 9 zákona č. 757/2004 Z.z. v znení zákona č. 33/2011 Z.z.) Poučenie: Proti tomuto uzneseniu možno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https://www.kauzis.sk/judikatura/r/ECLI:SK:KSBA:2014:1014200668.2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