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2S/94/2014 z 23. 9. 2014</w:t>
      </w:r>
    </w:p>
    <w:p>
      <w:r>
        <w:t>Uznesenie Krajského súdu Bratislava z 23. septembra 2014, sp. zn. 2S/94/2014, ECLI:SK:KSBA:2014:1014200672.1</w:t>
      </w:r>
    </w:p>
    <w:p>
      <w:r>
        <w:t>Súd: Krajský súd Bratislava</w:t>
      </w:r>
    </w:p>
    <w:p>
      <w:r>
        <w:t>Spisová značka: 2S/94/2014</w:t>
      </w:r>
    </w:p>
    <w:p>
      <w:r>
        <w:t>ECLI: ECLI:SK:KSBA:2014:1014200672.1</w:t>
      </w:r>
    </w:p>
    <w:p>
      <w:r>
        <w:t>Dátum vydania: 23. 9.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2S/94/2014 Identifikačné číslo súdneho spisu: 1014200672 Dátum vydania rozhodnutia: 24. 09. 2014 Meno a priezvisko sudcu, VSÚ: JUDr. Marián Trenčan ECLI: ECLI:SK:KSBA:2014:1014200672.1 Uznesenie Krajský súd v Bratislave v právnej veci žalobcu: U.. A.. Z. A., J. S. 5, I., proti žalovanému: Krajské riaditeľstvo Policajného zboru v Bratislave, Krajský dopravný inšpektorát, Špitálska 14, Bratislava, o preskúmanie zákonnosti rozhodnutia žalovaného č. KRPZ-BA-KDI21-42/2014-P zo dňa 01.04.2014, jednohlasne, takto r o z h o d o l : Krajský súd v Bratislave konanie z a s t a v u j e . Žiaden z účastníkov nemá právo na náhradu trov konania. o d ô v o d n e n i e : Žalobou osobne doručenou Krajskému súdu v Bratislave dňa 30.04.2014 sa žalobca domáhal preskúmania zákonnosti rozhodnutia žalovaného č. KRPZ-BA-KDI21-42/2014-P zo dňa 01.04.2014, ktorým žalovaný zamietol odvolanie žalobcu a potvrdil rozhodnutie Okresného dopravného inšpektorátu Okresného riaditeľstva Policajného zboru v Bratislave IV č. ORP-P-913/BAIV-ODI1-2013 zo dňa 02.01.2014, ktorým bol žalobca uznaný vinným zo spáchania priestupku podľa § 22 ods. 1 písm. b, g, k/ zákona SNR č. 372/1990 Zb. o priestupkoch v znení neskorších predpisov platného a účinného v čase spáchania priestupku, pretože dňa 02.08.2013 v čase okolo 09:25 hod. v Bratislave po Trenčianskej ulici viedol motorové vozidlo zn. B. E. EČ I pričom sa dostatočne nevenoval vedeniu vozidla, nesledoval situáciu v cestnej premávke a pri cúvaní z objektu budovy č. XX narazil do stojaceho motorového vozidla zn. S. S. EČ I Žalobca si nesplnil povinnosť účastníka dopravnej nehody a to tým, že neohlásil dopravnú nehodu policajtovi a nezotrval na mieste dopravnej nehody až do príchodu policajta napriek tomu, že jeho nezotrvanie na mieste nesúviselo s poskytnutím alebo privolaním pomoci alebo s ohlásením dopravnej nehody. Správny orgán prvého stupňa konanie žalobcu kvalifikoval ako porušenie § 4 ods. 1 písm. c/, § 66 ods. 2 písm. a, d/ s poukazom na ustanovenie § 137 ods. 2 písm. c/ zákona č. 8/2009 Z.z. o cestnej premávke a o zmene a doplnení niektorých zákonov platného a účinného v čase spáchania priestupku, za čo mu uložil pokutu vo výške 400 eur a zákaz viesť motorové vozidlá akéhokoľvek druhu na dobu 16 mesiacov, ktorý začína plynúť dňom právoplatnosti rozhodnutia a povinnosť uhradiť trovy konania vo výške 16 eur. Prezídium Policajného zboru, odbor dopravnej polície rozhodnutím č. PPZ-ODP1-443-005/2014 zo dňa 27.06.2014 zrušilo právoplatné rozhodnutie žalovaného č. KRPZ-BA-KDI21-42/2014-P zo dňa 01.04.2014 ako nezákonné. Podľa § 250i ods. 4 veta prvá O.s.p. ak rozhodnutie správneho orgánu bolo medzitým napadnuté protestom prokurátora, súd konanie o žalobe preruší až do jeho vybavenia; ak napadnuté rozhodnutie bolo zrušené alebo zmenené, súd konanie o žalobe zastaví. Vzhľadom na to, že Prezídium Policajného zboru, odbor dopravnej polície rozhodnutím č. PPZ- ODP1-443-005/2014 zo dňa 27.06.2014 zrušilo napadnuté rozhodnutie žalovaného, súd v súlade s ustanovením § 250i ods. 4 veta prvá O.s.p. konanie zastavil. O náhrade trov konania súd rozhodol podľa § 146 ods. 1 písm. c) O.s.p. s použitím ustanovenia § 246c O.s.p. tak, že žiaden z účastníkov nemá právo na náhradu trov konania, nakoľko konanie vo veci bolo zastavené a žalovanému trovy nevznikli. Toto rozhodnutie senát Krajského súdu v Bratislave prijal pomerom hlasov 3:0 (§ 3 ods. 9 zákona č. 757/2004 Z.z. v znení zákona č. 33/2011). Poučenie: Proti tomuto uzneseniu možno podať odvolanie do 15 dní odo dňa jeho doručenia, na Krajský súd v Bratislave. V odvolaní sa má popri všeobecných náležitostiach (§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https://www.kauzis.sk/judikatura/r/ECLI:SK:KSBA:2014:1014200672.1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