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10Sd/68/2014 z 18. 9. 2014</w:t>
      </w:r>
    </w:p>
    <w:p>
      <w:r>
        <w:t>Uznesenie Krajského súdu Bratislava z 18. septembra 2014, sp. zn. 10Sd/68/2014, ECLI:SK:KSBA:2014:1014200705.1</w:t>
      </w:r>
    </w:p>
    <w:p>
      <w:r>
        <w:t>Súd: Krajský súd Bratislava</w:t>
      </w:r>
    </w:p>
    <w:p>
      <w:r>
        <w:t>Spisová značka: 10Sd/68/2014</w:t>
      </w:r>
    </w:p>
    <w:p>
      <w:r>
        <w:t>ECLI: ECLI:SK:KSBA:2014:1014200705.1</w:t>
      </w:r>
    </w:p>
    <w:p>
      <w:r>
        <w:t>Dátum vydania: 18.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10Sd/68/2014 Identifikačné číslo súdneho spisu: 1014200705 Dátum vydania rozhodnutia: 19. 09. 2014 Meno a priezvisko sudcu, VSÚ: JUDr Janka Richterová ECLI: ECLI:SK:KSBA:2014:1014200705.1 Uznesenie Krajský súd v Bratislave, v právnej veci navrhovateľa: L.. L. U., O.. XX.XX.XXXX, V. V., V. H.. Č..X, proti odporkyni: Sociálna poisťovňa, ústredie, Ul. 29. augusta č. 10, Bratislava, o starobný dôchodok, takto r o z h o d o l : Súd konanie z a s t a v u j e . Žiaden z účastníkov nemá právo na náhradu trov konania. o d ô v o d n e n i e : Navrhovateľ sa v konaní podľa tretej hlavy piatej časti O. s. p. domáhal preskúmania zákonnosti rozhodnutia odporkyne zo dňa 7. marca 2014, F.. K.. XXX XXX XXXX X-C.., ktorým bol navrhovateľovi zvýšený starobný dôchodok od 29.5.2010 na sumu 608, 70 € mesačne.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https://www.kauzis.sk/judikatura/r/ECLI:SK:KSBA:2014:1014200705.1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