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5Sd/70/2014 z 21. 12. 2014</w:t>
      </w:r>
    </w:p>
    <w:p>
      <w:r>
        <w:t>Uznesenie Krajského súdu Bratislava z 21. decembra 2014, sp. zn. 5Sd/70/2014, ECLI:SK:KSBA:2014:1014200730.1</w:t>
      </w:r>
    </w:p>
    <w:p>
      <w:r>
        <w:t>Súd: Krajský súd Bratislava</w:t>
      </w:r>
    </w:p>
    <w:p>
      <w:r>
        <w:t>Spisová značka: 5Sd/70/2014</w:t>
      </w:r>
    </w:p>
    <w:p>
      <w:r>
        <w:t>ECLI: ECLI:SK:KSBA:2014:1014200730.1</w:t>
      </w:r>
    </w:p>
    <w:p>
      <w:r>
        <w:t>Dátum vydania: 21.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5Sd/70/2014 Identifikačné číslo súdneho spisu: 1014200730 Dátum vydania rozhodnutia: 22. 12. 2014 Meno a priezvisko sudcu, VSÚ: JUDr. Milota Tóthová ECLI: ECLI:SK:KSBA:2014:1014200730.1 Uznesenie Krajský súd v Bratislave v právnej veci navrhovateľa X. O., O. V. Z. XXXX/XX, O.,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12.2.2014 žiadal preskúmať rozhodnutie odporkyne číslo XXX XXX XXXX X zo dňa 11.1.2014, ktorým odporkyňa zamietla žiadosť o zvýšenie invalidného dôchodku. Písomným prehlásením zo dňa 17.9.2014 navrhovateľ vzal späť návrh v celom rozsahu. Súd podľa § 250d ods. 3 v spojení s § 250h ods. 2 a § 250l ods. 2 O.s.p. konanie zastavil. O trovách konania súd rozhodol podľa § 246c a § 146 ods. 1 písm. c) O.s.p.</w:t>
      </w:r>
    </w:p>
    <w:p/>
    <w:p>
      <w:r>
        <w:t>Zdroj: KAUZIS.SK – https://www.kauzis.sk/judikatura/r/ECLI:SK:KSBA:2014:1014200730.1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