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4Sp/1/2014 z 22. 5. 2014</w:t>
      </w:r>
    </w:p>
    <w:p>
      <w:r>
        <w:t>Uznesenie Krajského súdu Bratislava z 22. mája 2014, sp. zn. 4Sp/1/2014, ECLI:SK:KSBA:2014:1014200764.1</w:t>
      </w:r>
    </w:p>
    <w:p>
      <w:r>
        <w:t>Súd: Krajský súd Bratislava</w:t>
      </w:r>
    </w:p>
    <w:p>
      <w:r>
        <w:t>Spisová značka: 4Sp/1/2014</w:t>
      </w:r>
    </w:p>
    <w:p>
      <w:r>
        <w:t>ECLI: ECLI:SK:KSBA:2014:1014200764.1</w:t>
      </w:r>
    </w:p>
    <w:p>
      <w:r>
        <w:t>Dátum vydania: 22. 5. 2014</w:t>
      </w:r>
    </w:p>
    <w:p>
      <w:r>
        <w:t>Forma: Uznesenie</w:t>
      </w:r>
    </w:p>
    <w:p>
      <w:pPr>
        <w:pStyle w:val="Heading2"/>
      </w:pPr>
      <w:r>
        <w:t>Text rozhodnutia</w:t>
      </w:r>
    </w:p>
    <w:p>
      <w:r>
        <w:t>Súd: Krajský súd Bratislava Spisová značka: 4Sp/1/2014 Identifikačné číslo súdneho spisu: 1014200764 Dátum vydania rozhodnutia: 23. 05. 2014 Meno a priezvisko sudcu, VSÚ: JUDr. Ľubomír Šramko ECLI: ECLI:SK:KSBA:2014:1014200764.1 Uznesenie Krajský súd v Bratislave v právnej veci navrhovateľa: pána V. T., narodeného X.XX.XXXX, štátneho príslušníka Nigérijskej federatívnej republiky, aktuálne s miestom pobytu O. Ú. B. E. W., zastúpeného pani Mgr. Jarmilou Vargovou, advokátkou so sídlom pracoviska Brečtanová 21 Bratislava proti odporcovi: Prezídium policajného zboru, Úrad hraničnej a cudzineckej polície, Riaditeľstvo hraničnej a cudzineckej polície Bratislava, Oddelenie cudzineckej polície PZ Bratislava so sídlom Hrobákova 44, Bratislava v konaní o opravnom prostriedku navrhovateľa zo dňa 4.5.2014 proti rozhodnutiu odporcu PPZ-HCP- BA6-73-028/2014-AV zo dňa 20.4.2014 takto r o z h o d o l : Krajský súd v Bratislave konanie z a s t a v u j e . Žiaden z účastníkov konania nemá právo na náhradu trov tohto konania. o d ô v o d n e n i e : Dňa 14.5.2014 bol konajúcemu Krajskému súdu v Bratislave (ďalej len súd) prostredníctvom odporcu doručený návrh - opravný prostriedok navrhovateľa zo 4.5.2014, ktorým sa navrhovateľ domáhal zrušenia napadnutého rozhodnutia odporcu PPZ-HCP-BA6-73-028/2014-AV zo dňa 20.4.2014 a svojho prepustenia zo zaistenia. Na deň 23.5.2014 bol určený termín pojednávanie v predmetne veci. Pred otvorením pojednávania zástupkyňa navrhovateľa uviedla, že navrhovateľ bol po podaní návrhu - opravného prostriedku, ktorý je predmetom tohto súdneho konania dňa 6.5.2014 na základe príkazu zo 6.5.2014 prepustený na slobodu zo zaistenia z dôvodu § 90 ods. 2 písm. b) bod 1. zák. č. 404/2011 Z.z., teda účel podaného návrhu bol splnený. S poukazom na uvedené zobrala podaný návrh späť a konanie žiadala zastaviť. Z obsahu pripojeného administratívneho spisu odporcu súd zistil, že odporca príkazom na prepustenie PPZ-HCP-BA6-73-050/2014-AV zo 6.5.2014 prikázal z dôvodu ust. § 90 ods. 2 písm. b) bod 1. zák. č. 404/2011 Z.z. prepustiť navrhovateľa z útvaru policajného zaistenia na slobodu dňa 6.5.2014 o 15.00 hod. Následným rozhodnutím o zaistení zo 6.5.2004 bol navrhovateľ opätovne zaistený v Útvare policajného zaistenia pre cudzincov Medveďov. Podľa ust. § 250sa ods. 1 Občianskeho súdneho poriadku (ďalej len O.s.p.) na konanie o opravnom prostriedku proti rozhodnutiu o zaistení alebo proti rozhodnutiu o predĺžení lehoty zaistenia sa použijú ustanovenia § 250l až 250s, ak nie je v odsekoch 2 až 7 ustanovené inak. Podľa ust. § 250l ods. 2 O.s.p. pokiaľ v tejto hlave nie je ustanovené inak, použije sa primerane ustanovenie druhej hlavy s výnimkou § 250a Podľa ust. § 250h ods. 2 O.s.p. až do rozhodnutia súdu môže žalobca vziať žalobu späť; ak žalovanému medzitým vznikli trovy konania, rozhodne súd o ich náhrade. Podľa ust. § 250d ods.3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ods.2). Odvolanie proti uzneseniu je prípustné. Pretože navrhovateľ po podaní návrhu - opravného prostriedku proti napadnutému rozhodnutiu odporcu zobral návrh späť v celom rozsahu, súd s poukazom na citované zákonné ustanovenia konanie zastavil. O trovách konania súd rozhodol v súlade s analogickým použitím ust. § 146 ods.1, písm. c), O.s.p. Poučenie: Proti tomuto uzneseniu možno podať odvolanie v lehote 7 dní (§ 250sa ods. 4 O.s.p.)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https://www.kauzis.sk/judikatura/r/ECLI:SK:KSBA:2014:1014200764.1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