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5Sd/82/2014 z 2. 12. 2014</w:t>
      </w:r>
    </w:p>
    <w:p>
      <w:r>
        <w:t>Uznesenie Krajského súdu Bratislava z 2. decembra 2014, sp. zn. 5Sd/82/2014, ECLI:SK:KSBA:2014:1014200811.2</w:t>
      </w:r>
    </w:p>
    <w:p>
      <w:r>
        <w:t>Súd: Krajský súd Bratislava</w:t>
      </w:r>
    </w:p>
    <w:p>
      <w:r>
        <w:t>Spisová značka: 5Sd/82/2014</w:t>
      </w:r>
    </w:p>
    <w:p>
      <w:r>
        <w:t>ECLI: ECLI:SK:KSBA:2014:1014200811.2</w:t>
      </w:r>
    </w:p>
    <w:p>
      <w:r>
        <w:t>Dátum vydania: 2.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5Sd/82/2014 Identifikačné číslo súdneho spisu: 1014200811 Dátum vydania rozhodnutia: 03. 12. 2014 Meno a priezvisko sudcu, VSÚ: JUDr. Milota Tóthová ECLI: ECLI:SK:KSBA:2014:1014200811.2 Uznesenie Krajský súd v Bratislave v právnej veci navrhovateľky Z. S., O. Z. XXXX/XX, O.,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6.2.2014 žiadala preskúmať rozhodnutie odporkyne číslo XXX XXX XXXX X zo dňa 18.12.2013, ktorým odporkyňa priznala invalidný dôchodok. Prehlásením na pojednávaní dňa 3.12.2014 navrhovateľka vzala späť návrh zo dňa 6.2.2014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https://www.kauzis.sk/judikatura/r/ECLI:SK:KSBA:2014:1014200811.2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