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8Sd/74/2014 z 4. 6. 2014</w:t>
      </w:r>
    </w:p>
    <w:p>
      <w:r>
        <w:t>Uznesenie Krajského súdu Bratislava z 4. júna 2014, sp. zn. 8Sd/74/2014, ECLI:SK:KSBA:2014:1014200818.1</w:t>
      </w:r>
    </w:p>
    <w:p>
      <w:r>
        <w:t>Súd: Krajský súd Bratislava</w:t>
      </w:r>
    </w:p>
    <w:p>
      <w:r>
        <w:t>Spisová značka: 8Sd/74/2014</w:t>
      </w:r>
    </w:p>
    <w:p>
      <w:r>
        <w:t>ECLI: ECLI:SK:KSBA:2014:1014200818.1</w:t>
      </w:r>
    </w:p>
    <w:p>
      <w:r>
        <w:t>Dátum vydania: 4.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8Sd/74/2014 Identifikačné číslo súdneho spisu: 1014200818 Dátum vydania rozhodnutia: 05. 06. 2014 Meno a priezvisko sudcu, VSÚ: JUDr. Peter Pospech ECLI: ECLI:SK:KSBA:2014:1014200818.1 Uznesenie Krajský súd v Bratislave pred samosudcom Petrom Pospechom, v právnej veci navrhovateľky: W. E., G. Z. M. XXX/X, XXX XX L. I. L.Č., B. Z. U.. V. XXX, XXX XX N. I. Y., Č. L., proti odporcovi: Sociálna poisťovňa - ústredie, Ul. 29. augusta č. 8, 813 63 Bratislava, o invalidný dôchodok, o preskúmanie zákonnosti rozhodnutia odporcu sp. zn. XXX XXX XXXX X zo dňa 02.12.2013, takto r o z h o d o l : Krajský súd v Bratislave p o s t u p u j e vec miestne príslušnému Krajskému súdu v Žiline. o d ô v o d n e n i e : Dňa 23.05.2014 bolo konajúcemu Krajskému súdu v Bratislave doručené odvolanie navrhovateľky voči rozhodnutiu odporcu sp. zn. XXX XXX XXXX X zo dňa 02.12.2013. Ako vyplýva zo samotného návrhu, navrhovateľka má trvalé bydlisko na adrese M. XXX/X, XXX XX L. I. L..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navrhovateľky vecne a miestne príslušný Krajský súd v Žiline, súd rozhodol tak ako je uvedené vo výrokovej časti tohto uznesenia. Po právoplatnosti uznesenia bude spis zaslaný miestne príslušnému Krajskému súdu v Žiline, ktorý vec prejedná a rozhodne v merite veci. Poučenie: Proti tomuto uzneseniu odvolanie nie je prípustné.</w:t>
      </w:r>
    </w:p>
    <w:p/>
    <w:p>
      <w:r>
        <w:t>Zdroj: KAUZIS.SK – https://www.kauzis.sk/judikatura/r/ECLI:SK:KSBA:2014:1014200818.1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