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5Sd/88/2014 z 28. 10. 2014</w:t>
      </w:r>
    </w:p>
    <w:p>
      <w:r>
        <w:t>Uznesenie Krajského súdu Bratislava z 28. októbra 2014, sp. zn. 5Sd/88/2014, ECLI:SK:KSBA:2014:1014200855.1</w:t>
      </w:r>
    </w:p>
    <w:p>
      <w:r>
        <w:t>Súd: Krajský súd Bratislava</w:t>
      </w:r>
    </w:p>
    <w:p>
      <w:r>
        <w:t>Spisová značka: 5Sd/88/2014</w:t>
      </w:r>
    </w:p>
    <w:p>
      <w:r>
        <w:t>ECLI: ECLI:SK:KSBA:2014:1014200855.1</w:t>
      </w:r>
    </w:p>
    <w:p>
      <w:r>
        <w:t>Dátum vydania: 28.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5Sd/88/2014 Identifikačné číslo súdneho spisu: 1014200855 Dátum vydania rozhodnutia: 29. 10. 2014 Meno a priezvisko sudcu, VSÚ: JUDr. Milota Tóthová ECLI: ECLI:SK:KSBA:2014:1014200855.1 Uznesenie Krajský súd v Bratislave v právnej veci navrhovateľky Y. A., R. V. XX, R.,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19.2.2014 žiadala preskúmať rozhodnutie odporkyne číslo XXX XXX XXXX X zo dňa 6.2.2014, ktorým odporkyňa priznala invalidný dôchodok. Písomným prehlásením zo dňa 7.10.2014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https://www.kauzis.sk/judikatura/r/ECLI:SK:KSBA:2014:1014200855.1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